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jc w:val="center"/>
      </w:pPr>
      <w:r>
        <w:rPr>
          <w:b/>
          <w:color w:val="0B1B33"/>
          <w:sz w:val="64"/>
        </w:rPr>
        <w:t>MLH</w:t>
      </w:r>
    </w:p>
    <w:p>
      <w:pPr>
        <w:jc w:val="center"/>
      </w:pPr>
      <w:r>
        <w:rPr>
          <w:b/>
          <w:color w:val="0B1B33"/>
          <w:sz w:val="40"/>
        </w:rPr>
        <w:t>MARLON LEGACY HOMES CIC</w:t>
      </w:r>
    </w:p>
    <w:p>
      <w:pPr>
        <w:jc w:val="center"/>
      </w:pPr>
      <w:r>
        <w:rPr>
          <w:b/>
          <w:color w:val="C9A35B"/>
          <w:sz w:val="22"/>
        </w:rPr>
        <w:t>SUPPORTED ACCOMMODATION</w:t>
      </w:r>
    </w:p>
    <w:p>
      <w:pPr>
        <w:jc w:val="center"/>
      </w:pPr>
      <w:r>
        <w:rPr>
          <w:b/>
          <w:color w:val="0B1B33"/>
          <w:sz w:val="48"/>
        </w:rPr>
        <w:t>REFERRAL FORM</w:t>
      </w:r>
    </w:p>
    <w:tbl>
      <w:tblPr>
        <w:tblW w:type="auto" w:w="0"/>
        <w:jc w:val="center"/>
        <w:tblLook w:firstColumn="1" w:firstRow="1" w:lastColumn="0" w:lastRow="0" w:noHBand="0" w:noVBand="1" w:val="04A0"/>
        <w:tblBorders>
          <w:top w:val="single" w:sz="4" w:color="E7E2D8"/>
          <w:left w:val="single" w:sz="4" w:color="E7E2D8"/>
          <w:bottom w:val="single" w:sz="4" w:color="E7E2D8"/>
          <w:right w:val="single" w:sz="4" w:color="E7E2D8"/>
          <w:insideH w:val="single" w:sz="4" w:color="E7E2D8"/>
          <w:insideV w:val="single" w:sz="4" w:color="E7E2D8"/>
        </w:tblBorders>
      </w:tblPr>
      <w:tblGrid>
        <w:gridCol w:w="10368"/>
      </w:tblGrid>
      <w:tr>
        <w:tc>
          <w:tcPr>
            <w:tcW w:type="dxa" w:w="10368"/>
            <w:shd w:fill="FBF8F1"/>
            <w:tcMar>
              <w:top w:w="110" w:type="dxa"/>
              <w:start w:w="140" w:type="dxa"/>
              <w:bottom w:w="110" w:type="dxa"/>
              <w:end w:w="140" w:type="dxa"/>
            </w:tcMar>
          </w:tcPr>
          <w:p>
            <w:r>
              <w:rPr>
                <w:b/>
                <w:color w:val="C9A35B"/>
                <w:sz w:val="21"/>
              </w:rPr>
              <w:t>Important information - please read carefully</w:t>
            </w:r>
          </w:p>
          <w:p>
            <w:pPr>
              <w:spacing w:after="40"/>
            </w:pPr>
            <w:r>
              <w:rPr>
                <w:sz w:val="17"/>
              </w:rPr>
              <w:t>• All sections must be completed in full. Blank sections will not be accepted.</w:t>
            </w:r>
          </w:p>
          <w:p>
            <w:pPr>
              <w:spacing w:after="40"/>
            </w:pPr>
            <w:r>
              <w:rPr>
                <w:sz w:val="17"/>
              </w:rPr>
              <w:t>• If a section is not applicable, clearly state "Not Applicable" and explain why.</w:t>
            </w:r>
          </w:p>
          <w:p>
            <w:pPr>
              <w:spacing w:after="40"/>
            </w:pPr>
            <w:r>
              <w:rPr>
                <w:sz w:val="17"/>
              </w:rPr>
              <w:t>• If additional space is required, use the supplementary information section at the end.</w:t>
            </w:r>
          </w:p>
          <w:p>
            <w:pPr>
              <w:spacing w:after="40"/>
            </w:pPr>
            <w:r>
              <w:rPr>
                <w:sz w:val="17"/>
              </w:rPr>
              <w:t>• If an alternative format is required, contact Marlon Legacy Homes CIC to arrange appropriate adjustments.</w:t>
            </w:r>
          </w:p>
        </w:tc>
      </w:tr>
    </w:tbl>
    <w:p>
      <w:pPr>
        <w:spacing w:after="20"/>
      </w:pPr>
    </w:p>
    <w:tbl>
      <w:tblPr>
        <w:tblW w:type="auto" w:w="0"/>
        <w:jc w:val="center"/>
        <w:tblLook w:firstColumn="1" w:firstRow="1" w:lastColumn="0" w:lastRow="0" w:noHBand="0" w:noVBand="1" w:val="04A0"/>
        <w:tblBorders>
          <w:top w:val="single" w:sz="4" w:color="E7E2D8"/>
          <w:left w:val="single" w:sz="4" w:color="E7E2D8"/>
          <w:bottom w:val="single" w:sz="4" w:color="E7E2D8"/>
          <w:right w:val="single" w:sz="4" w:color="E7E2D8"/>
          <w:insideH w:val="single" w:sz="4" w:color="E7E2D8"/>
          <w:insideV w:val="single" w:sz="4" w:color="E7E2D8"/>
        </w:tblBorders>
      </w:tblPr>
      <w:tblGrid>
        <w:gridCol w:w="10368"/>
      </w:tblGrid>
      <w:tr>
        <w:tc>
          <w:tcPr>
            <w:tcW w:type="dxa" w:w="10368"/>
            <w:shd w:fill="F7F4EE"/>
            <w:tcMar>
              <w:top w:w="110" w:type="dxa"/>
              <w:start w:w="140" w:type="dxa"/>
              <w:bottom w:w="110" w:type="dxa"/>
              <w:end w:w="140" w:type="dxa"/>
            </w:tcMar>
          </w:tcPr>
          <w:p>
            <w:r>
              <w:rPr>
                <w:b/>
                <w:color w:val="0B1B33"/>
                <w:sz w:val="21"/>
              </w:rPr>
              <w:t>Referral submission requirements</w:t>
            </w:r>
          </w:p>
          <w:p>
            <w:pPr>
              <w:spacing w:after="40"/>
            </w:pPr>
            <w:r>
              <w:rPr>
                <w:sz w:val="17"/>
              </w:rPr>
              <w:t>• Referrals must be submitted from a verified professional organisational email address (for example NHS, Local Authority, Probation or Housing Association). Personal email accounts will not be accepted.</w:t>
            </w:r>
          </w:p>
          <w:p>
            <w:pPr>
              <w:spacing w:after="40"/>
            </w:pPr>
            <w:r>
              <w:rPr>
                <w:sz w:val="17"/>
              </w:rPr>
              <w:t>• Supporting documentation must be properly labelled and originate from a verifiable professional source. Unverified documents or unauthenticated handwritten records will not be accepted.</w:t>
            </w:r>
          </w:p>
        </w:tc>
      </w:tr>
    </w:tbl>
    <w:p>
      <w:pPr>
        <w:spacing w:after="20"/>
      </w:pPr>
    </w:p>
    <w:tbl>
      <w:tblPr>
        <w:tblW w:type="auto" w:w="0"/>
        <w:jc w:val="center"/>
        <w:tblLook w:firstColumn="1" w:firstRow="1" w:lastColumn="0" w:lastRow="0" w:noHBand="0" w:noVBand="1" w:val="04A0"/>
        <w:tblBorders>
          <w:top w:val="single" w:sz="4" w:color="E7E2D8"/>
          <w:left w:val="single" w:sz="4" w:color="E7E2D8"/>
          <w:bottom w:val="single" w:sz="4" w:color="E7E2D8"/>
          <w:right w:val="single" w:sz="4" w:color="E7E2D8"/>
          <w:insideH w:val="single" w:sz="4" w:color="E7E2D8"/>
          <w:insideV w:val="single" w:sz="4" w:color="E7E2D8"/>
        </w:tblBorders>
      </w:tblPr>
      <w:tblGrid>
        <w:gridCol w:w="10368"/>
      </w:tblGrid>
      <w:tr>
        <w:tc>
          <w:tcPr>
            <w:tcW w:type="dxa" w:w="10368"/>
            <w:shd w:fill="F7F4EE"/>
            <w:tcMar>
              <w:top w:w="110" w:type="dxa"/>
              <w:start w:w="140" w:type="dxa"/>
              <w:bottom w:w="110" w:type="dxa"/>
              <w:end w:w="140" w:type="dxa"/>
            </w:tcMar>
          </w:tcPr>
          <w:p>
            <w:r>
              <w:rPr>
                <w:b/>
                <w:color w:val="0B1B33"/>
                <w:sz w:val="21"/>
              </w:rPr>
              <w:t>Data sharing and information handling</w:t>
            </w:r>
          </w:p>
          <w:p>
            <w:pPr>
              <w:spacing w:after="40"/>
            </w:pPr>
            <w:r>
              <w:rPr>
                <w:sz w:val="17"/>
              </w:rPr>
              <w:t>• Information may be shared where necessary with Local Authority Housing Benefit Departments, the referring professional agency, and statutory bodies where legally required or necessary for safeguarding.</w:t>
            </w:r>
          </w:p>
          <w:p>
            <w:pPr>
              <w:spacing w:after="40"/>
            </w:pPr>
            <w:r>
              <w:rPr>
                <w:sz w:val="17"/>
              </w:rPr>
              <w:t>• In limited circumstances information may be shared without consent where required by a court order, legal obligation, official government authority, or serious safeguarding concerns.</w:t>
            </w:r>
          </w:p>
          <w:p>
            <w:pPr>
              <w:spacing w:after="40"/>
            </w:pPr>
            <w:r>
              <w:rPr>
                <w:sz w:val="17"/>
              </w:rPr>
              <w:t>• Wherever possible, the individual concerned will be informed before information is shared externally.</w:t>
            </w:r>
          </w:p>
          <w:p>
            <w:pPr>
              <w:spacing w:after="40"/>
            </w:pPr>
            <w:r>
              <w:rPr>
                <w:sz w:val="17"/>
              </w:rPr>
              <w:t>• By submitting this referral, the referrer confirms that the information is accurate, they have authority to share it, and they accept that Marlon Legacy Homes CIC will process it in accordance with legal requirements and safeguarding procedures.</w:t>
            </w:r>
          </w:p>
          <w:p>
            <w:pPr>
              <w:spacing w:after="40"/>
            </w:pPr>
            <w:r>
              <w:rPr>
                <w:sz w:val="17"/>
              </w:rPr>
              <w:t>• Where information sharing occurs, Marlon Legacy Homes CIC ensures that a formal Data Exchange Agreement is in place to protect data and ensure it is used only for legitimate and lawful purposes.</w:t>
            </w:r>
          </w:p>
          <w:p>
            <w:pPr>
              <w:spacing w:after="40"/>
            </w:pPr>
            <w:r>
              <w:rPr>
                <w:sz w:val="17"/>
              </w:rPr>
              <w:t>• The full Privacy Policy and Data Protection Procedures are available on request or can be viewed on the official Marlon Legacy Homes CIC website.</w:t>
            </w:r>
          </w:p>
        </w:tc>
      </w:tr>
    </w:tbl>
    <w:p>
      <w:pPr>
        <w:spacing w:after="20"/>
      </w:pPr>
    </w:p>
    <w:p>
      <w:r>
        <w:br w:type="page"/>
      </w:r>
    </w:p>
    <w:tbl>
      <w:tblPr>
        <w:tblW w:type="auto" w:w="0"/>
        <w:jc w:val="center"/>
        <w:tblLook w:firstColumn="1" w:firstRow="1" w:lastColumn="0" w:lastRow="0" w:noHBand="0" w:noVBand="1" w:val="04A0"/>
        <w:tblBorders>
          <w:top w:val="single" w:sz="4" w:color="E7E2D8"/>
          <w:left w:val="single" w:sz="4" w:color="E7E2D8"/>
          <w:bottom w:val="single" w:sz="4" w:color="E7E2D8"/>
          <w:right w:val="single" w:sz="4" w:color="E7E2D8"/>
          <w:insideH w:val="single" w:sz="4" w:color="E7E2D8"/>
          <w:insideV w:val="single" w:sz="4" w:color="E7E2D8"/>
        </w:tblBorders>
      </w:tblPr>
      <w:tblGrid>
        <w:gridCol w:w="10368"/>
      </w:tblGrid>
      <w:tr>
        <w:tc>
          <w:tcPr>
            <w:tcW w:type="dxa" w:w="10368"/>
            <w:shd w:fill="0B1B33"/>
            <w:tcMar>
              <w:top w:w="100" w:type="dxa"/>
              <w:start w:w="140" w:type="dxa"/>
              <w:bottom w:w="100" w:type="dxa"/>
              <w:end w:w="140" w:type="dxa"/>
            </w:tcMar>
          </w:tcPr>
          <w:p>
            <w:r>
              <w:rPr>
                <w:b/>
                <w:color w:val="FFFFFF"/>
                <w:sz w:val="26"/>
              </w:rPr>
              <w:t>1. REFERRAL AGENCY DETAILS</w:t>
            </w:r>
          </w:p>
          <w:p>
            <w:r>
              <w:rPr>
                <w:color w:val="D8DEE8"/>
                <w:sz w:val="17"/>
              </w:rPr>
              <w:t>Professional details of the organisation making the referral</w:t>
            </w:r>
          </w:p>
        </w:tc>
      </w:tr>
    </w:tbl>
    <w:p>
      <w:pPr>
        <w:spacing w:after="20"/>
      </w:pPr>
    </w:p>
    <w:tbl>
      <w:tblPr>
        <w:tblW w:type="auto" w:w="0"/>
        <w:jc w:val="center"/>
        <w:tblLayout w:type="fixed"/>
        <w:tblLook w:firstColumn="1" w:firstRow="1" w:lastColumn="0" w:lastRow="0" w:noHBand="0" w:noVBand="1" w:val="04A0"/>
        <w:tblBorders>
          <w:top w:val="single" w:sz="4" w:color="E7E2D8"/>
          <w:left w:val="single" w:sz="4" w:color="E7E2D8"/>
          <w:bottom w:val="single" w:sz="4" w:color="E7E2D8"/>
          <w:right w:val="single" w:sz="4" w:color="E7E2D8"/>
          <w:insideH w:val="single" w:sz="4" w:color="E7E2D8"/>
          <w:insideV w:val="single" w:sz="4" w:color="E7E2D8"/>
        </w:tblBorders>
      </w:tblPr>
      <w:tblGrid>
        <w:gridCol w:w="5184"/>
        <w:gridCol w:w="5184"/>
      </w:tblGrid>
      <w:tr>
        <w:tc>
          <w:tcPr>
            <w:tcW w:type="dxa" w:w="3240"/>
            <w:shd w:fill="F7F4EE"/>
            <w:tcMar>
              <w:top w:w="90" w:type="dxa"/>
              <w:start w:w="110" w:type="dxa"/>
              <w:bottom w:w="90" w:type="dxa"/>
              <w:end w:w="110" w:type="dxa"/>
            </w:tcMar>
          </w:tcPr>
          <w:p>
            <w:r>
              <w:rPr>
                <w:b/>
                <w:color w:val="0B1B33"/>
                <w:sz w:val="17"/>
              </w:rPr>
              <w:t>Referral agency / organisation</w:t>
            </w:r>
          </w:p>
        </w:tc>
        <w:tc>
          <w:tcPr>
            <w:tcW w:type="dxa" w:w="6840"/>
            <w:tcMar>
              <w:top w:w="90" w:type="dxa"/>
              <w:start w:w="110" w:type="dxa"/>
              <w:bottom w:w="90" w:type="dxa"/>
              <w:end w:w="110" w:type="dxa"/>
            </w:tcMar>
          </w:tcPr>
          <w:p>
            <w:r>
              <w:t xml:space="preserve"> </w:t>
            </w:r>
          </w:p>
        </w:tc>
      </w:tr>
      <w:tr>
        <w:tc>
          <w:tcPr>
            <w:tcW w:type="dxa" w:w="3240"/>
            <w:shd w:fill="F7F4EE"/>
            <w:tcMar>
              <w:top w:w="90" w:type="dxa"/>
              <w:start w:w="110" w:type="dxa"/>
              <w:bottom w:w="90" w:type="dxa"/>
              <w:end w:w="110" w:type="dxa"/>
            </w:tcMar>
          </w:tcPr>
          <w:p>
            <w:r>
              <w:rPr>
                <w:b/>
                <w:color w:val="0B1B33"/>
                <w:sz w:val="17"/>
              </w:rPr>
              <w:t>Contact details &amp; professional email</w:t>
            </w:r>
          </w:p>
        </w:tc>
        <w:tc>
          <w:tcPr>
            <w:tcW w:type="dxa" w:w="6840"/>
            <w:tcMar>
              <w:top w:w="90" w:type="dxa"/>
              <w:start w:w="110" w:type="dxa"/>
              <w:bottom w:w="90" w:type="dxa"/>
              <w:end w:w="110" w:type="dxa"/>
            </w:tcMar>
          </w:tcPr>
          <w:p>
            <w:r>
              <w:t xml:space="preserve"> </w:t>
            </w:r>
          </w:p>
          <w:p>
            <w:r>
              <w:t xml:space="preserve"> </w:t>
            </w:r>
          </w:p>
        </w:tc>
      </w:tr>
      <w:tr>
        <w:tc>
          <w:tcPr>
            <w:tcW w:type="dxa" w:w="3240"/>
            <w:shd w:fill="F7F4EE"/>
            <w:tcMar>
              <w:top w:w="90" w:type="dxa"/>
              <w:start w:w="110" w:type="dxa"/>
              <w:bottom w:w="90" w:type="dxa"/>
              <w:end w:w="110" w:type="dxa"/>
            </w:tcMar>
          </w:tcPr>
          <w:p>
            <w:r>
              <w:rPr>
                <w:b/>
                <w:color w:val="0B1B33"/>
                <w:sz w:val="17"/>
              </w:rPr>
              <w:t>Referral agency phone number</w:t>
            </w:r>
          </w:p>
        </w:tc>
        <w:tc>
          <w:tcPr>
            <w:tcW w:type="dxa" w:w="6840"/>
            <w:tcMar>
              <w:top w:w="90" w:type="dxa"/>
              <w:start w:w="110" w:type="dxa"/>
              <w:bottom w:w="90" w:type="dxa"/>
              <w:end w:w="110" w:type="dxa"/>
            </w:tcMar>
          </w:tcPr>
          <w:p>
            <w:r>
              <w:t xml:space="preserve"> </w:t>
            </w:r>
          </w:p>
        </w:tc>
      </w:tr>
      <w:tr>
        <w:tc>
          <w:tcPr>
            <w:tcW w:type="dxa" w:w="3240"/>
            <w:shd w:fill="F7F4EE"/>
            <w:tcMar>
              <w:top w:w="90" w:type="dxa"/>
              <w:start w:w="110" w:type="dxa"/>
              <w:bottom w:w="90" w:type="dxa"/>
              <w:end w:w="110" w:type="dxa"/>
            </w:tcMar>
          </w:tcPr>
          <w:p>
            <w:r>
              <w:rPr>
                <w:b/>
                <w:color w:val="0B1B33"/>
                <w:sz w:val="17"/>
              </w:rPr>
              <w:t>Reason for referral</w:t>
            </w:r>
          </w:p>
        </w:tc>
        <w:tc>
          <w:tcPr>
            <w:tcW w:type="dxa" w:w="6840"/>
            <w:tcMar>
              <w:top w:w="90" w:type="dxa"/>
              <w:start w:w="110" w:type="dxa"/>
              <w:bottom w:w="90" w:type="dxa"/>
              <w:end w:w="110" w:type="dxa"/>
            </w:tcMar>
          </w:tcPr>
          <w:p>
            <w:r>
              <w:t>This must be accurate. All referrals must meet the definition of a vulnerable adult.</w:t>
            </w:r>
          </w:p>
          <w:p>
            <w:r>
              <w:t xml:space="preserve"> </w:t>
            </w:r>
          </w:p>
          <w:p>
            <w:r>
              <w:t xml:space="preserve"> </w:t>
            </w:r>
          </w:p>
          <w:p>
            <w:r>
              <w:t xml:space="preserve"> </w:t>
            </w:r>
          </w:p>
        </w:tc>
      </w:tr>
      <w:tr>
        <w:tc>
          <w:tcPr>
            <w:tcW w:type="dxa" w:w="3240"/>
            <w:shd w:fill="F7F4EE"/>
            <w:tcMar>
              <w:top w:w="90" w:type="dxa"/>
              <w:start w:w="110" w:type="dxa"/>
              <w:bottom w:w="90" w:type="dxa"/>
              <w:end w:w="110" w:type="dxa"/>
            </w:tcMar>
          </w:tcPr>
          <w:p>
            <w:r>
              <w:rPr>
                <w:b/>
                <w:color w:val="0B1B33"/>
                <w:sz w:val="17"/>
              </w:rPr>
              <w:t>Date of referral</w:t>
            </w:r>
          </w:p>
        </w:tc>
        <w:tc>
          <w:tcPr>
            <w:tcW w:type="dxa" w:w="6840"/>
            <w:tcMar>
              <w:top w:w="90" w:type="dxa"/>
              <w:start w:w="110" w:type="dxa"/>
              <w:bottom w:w="90" w:type="dxa"/>
              <w:end w:w="110" w:type="dxa"/>
            </w:tcMar>
          </w:tcPr>
          <w:p>
            <w:r>
              <w:t xml:space="preserve"> </w:t>
            </w:r>
          </w:p>
        </w:tc>
      </w:tr>
    </w:tbl>
    <w:p>
      <w:pPr>
        <w:spacing w:after="40"/>
      </w:pPr>
    </w:p>
    <w:tbl>
      <w:tblPr>
        <w:tblW w:type="auto" w:w="0"/>
        <w:jc w:val="center"/>
        <w:tblLook w:firstColumn="1" w:firstRow="1" w:lastColumn="0" w:lastRow="0" w:noHBand="0" w:noVBand="1" w:val="04A0"/>
        <w:tblBorders>
          <w:top w:val="single" w:sz="4" w:color="E7E2D8"/>
          <w:left w:val="single" w:sz="4" w:color="E7E2D8"/>
          <w:bottom w:val="single" w:sz="4" w:color="E7E2D8"/>
          <w:right w:val="single" w:sz="4" w:color="E7E2D8"/>
          <w:insideH w:val="single" w:sz="4" w:color="E7E2D8"/>
          <w:insideV w:val="single" w:sz="4" w:color="E7E2D8"/>
        </w:tblBorders>
      </w:tblPr>
      <w:tblGrid>
        <w:gridCol w:w="10368"/>
      </w:tblGrid>
      <w:tr>
        <w:tc>
          <w:tcPr>
            <w:tcW w:type="dxa" w:w="10368"/>
            <w:shd w:fill="0B1B33"/>
            <w:tcMar>
              <w:top w:w="100" w:type="dxa"/>
              <w:start w:w="140" w:type="dxa"/>
              <w:bottom w:w="100" w:type="dxa"/>
              <w:end w:w="140" w:type="dxa"/>
            </w:tcMar>
          </w:tcPr>
          <w:p>
            <w:r>
              <w:rPr>
                <w:b/>
                <w:color w:val="FFFFFF"/>
                <w:sz w:val="26"/>
              </w:rPr>
              <w:t>2. APPLICANT DETAILS</w:t>
            </w:r>
          </w:p>
        </w:tc>
      </w:tr>
    </w:tbl>
    <w:p>
      <w:pPr>
        <w:spacing w:after="20"/>
      </w:pPr>
    </w:p>
    <w:tbl>
      <w:tblPr>
        <w:tblW w:type="auto" w:w="0"/>
        <w:jc w:val="center"/>
        <w:tblLayout w:type="fixed"/>
        <w:tblLook w:firstColumn="1" w:firstRow="1" w:lastColumn="0" w:lastRow="0" w:noHBand="0" w:noVBand="1" w:val="04A0"/>
        <w:tblBorders>
          <w:top w:val="single" w:sz="4" w:color="E7E2D8"/>
          <w:left w:val="single" w:sz="4" w:color="E7E2D8"/>
          <w:bottom w:val="single" w:sz="4" w:color="E7E2D8"/>
          <w:right w:val="single" w:sz="4" w:color="E7E2D8"/>
          <w:insideH w:val="single" w:sz="4" w:color="E7E2D8"/>
          <w:insideV w:val="single" w:sz="4" w:color="E7E2D8"/>
        </w:tblBorders>
      </w:tblPr>
      <w:tblGrid>
        <w:gridCol w:w="5184"/>
        <w:gridCol w:w="5184"/>
      </w:tblGrid>
      <w:tr>
        <w:tc>
          <w:tcPr>
            <w:tcW w:type="dxa" w:w="3240"/>
            <w:shd w:fill="F7F4EE"/>
            <w:tcMar>
              <w:top w:w="90" w:type="dxa"/>
              <w:start w:w="110" w:type="dxa"/>
              <w:bottom w:w="90" w:type="dxa"/>
              <w:end w:w="110" w:type="dxa"/>
            </w:tcMar>
          </w:tcPr>
          <w:p>
            <w:r>
              <w:rPr>
                <w:b/>
                <w:color w:val="0B1B33"/>
                <w:sz w:val="17"/>
              </w:rPr>
              <w:t>Applicant full name</w:t>
            </w:r>
          </w:p>
        </w:tc>
        <w:tc>
          <w:tcPr>
            <w:tcW w:type="dxa" w:w="6840"/>
            <w:tcMar>
              <w:top w:w="90" w:type="dxa"/>
              <w:start w:w="110" w:type="dxa"/>
              <w:bottom w:w="90" w:type="dxa"/>
              <w:end w:w="110" w:type="dxa"/>
            </w:tcMar>
          </w:tcPr>
          <w:p>
            <w:r>
              <w:t xml:space="preserve"> </w:t>
            </w:r>
          </w:p>
        </w:tc>
      </w:tr>
      <w:tr>
        <w:tc>
          <w:tcPr>
            <w:tcW w:type="dxa" w:w="3240"/>
            <w:shd w:fill="F7F4EE"/>
            <w:tcMar>
              <w:top w:w="90" w:type="dxa"/>
              <w:start w:w="110" w:type="dxa"/>
              <w:bottom w:w="90" w:type="dxa"/>
              <w:end w:w="110" w:type="dxa"/>
            </w:tcMar>
          </w:tcPr>
          <w:p>
            <w:r>
              <w:rPr>
                <w:b/>
                <w:color w:val="0B1B33"/>
                <w:sz w:val="17"/>
              </w:rPr>
              <w:t>Address</w:t>
            </w:r>
          </w:p>
        </w:tc>
        <w:tc>
          <w:tcPr>
            <w:tcW w:type="dxa" w:w="6840"/>
            <w:tcMar>
              <w:top w:w="90" w:type="dxa"/>
              <w:start w:w="110" w:type="dxa"/>
              <w:bottom w:w="90" w:type="dxa"/>
              <w:end w:w="110" w:type="dxa"/>
            </w:tcMar>
          </w:tcPr>
          <w:p>
            <w:r>
              <w:t xml:space="preserve"> </w:t>
            </w:r>
          </w:p>
          <w:p>
            <w:r>
              <w:t xml:space="preserve"> </w:t>
            </w:r>
          </w:p>
        </w:tc>
      </w:tr>
      <w:tr>
        <w:tc>
          <w:tcPr>
            <w:tcW w:type="dxa" w:w="3240"/>
            <w:shd w:fill="F7F4EE"/>
            <w:tcMar>
              <w:top w:w="90" w:type="dxa"/>
              <w:start w:w="110" w:type="dxa"/>
              <w:bottom w:w="90" w:type="dxa"/>
              <w:end w:w="110" w:type="dxa"/>
            </w:tcMar>
          </w:tcPr>
          <w:p>
            <w:r>
              <w:rPr>
                <w:b/>
                <w:color w:val="0B1B33"/>
                <w:sz w:val="17"/>
              </w:rPr>
              <w:t>Contact number</w:t>
            </w:r>
          </w:p>
        </w:tc>
        <w:tc>
          <w:tcPr>
            <w:tcW w:type="dxa" w:w="6840"/>
            <w:tcMar>
              <w:top w:w="90" w:type="dxa"/>
              <w:start w:w="110" w:type="dxa"/>
              <w:bottom w:w="90" w:type="dxa"/>
              <w:end w:w="110" w:type="dxa"/>
            </w:tcMar>
          </w:tcPr>
          <w:p>
            <w:r>
              <w:t xml:space="preserve"> </w:t>
            </w:r>
          </w:p>
        </w:tc>
      </w:tr>
      <w:tr>
        <w:tc>
          <w:tcPr>
            <w:tcW w:type="dxa" w:w="3240"/>
            <w:shd w:fill="F7F4EE"/>
            <w:tcMar>
              <w:top w:w="90" w:type="dxa"/>
              <w:start w:w="110" w:type="dxa"/>
              <w:bottom w:w="90" w:type="dxa"/>
              <w:end w:w="110" w:type="dxa"/>
            </w:tcMar>
          </w:tcPr>
          <w:p>
            <w:r>
              <w:rPr>
                <w:b/>
                <w:color w:val="0B1B33"/>
                <w:sz w:val="17"/>
              </w:rPr>
              <w:t>Date of birth</w:t>
            </w:r>
          </w:p>
        </w:tc>
        <w:tc>
          <w:tcPr>
            <w:tcW w:type="dxa" w:w="6840"/>
            <w:tcMar>
              <w:top w:w="90" w:type="dxa"/>
              <w:start w:w="110" w:type="dxa"/>
              <w:bottom w:w="90" w:type="dxa"/>
              <w:end w:w="110" w:type="dxa"/>
            </w:tcMar>
          </w:tcPr>
          <w:p>
            <w:r>
              <w:t xml:space="preserve"> </w:t>
            </w:r>
          </w:p>
        </w:tc>
      </w:tr>
      <w:tr>
        <w:tc>
          <w:tcPr>
            <w:tcW w:type="dxa" w:w="3240"/>
            <w:shd w:fill="F7F4EE"/>
            <w:tcMar>
              <w:top w:w="90" w:type="dxa"/>
              <w:start w:w="110" w:type="dxa"/>
              <w:bottom w:w="90" w:type="dxa"/>
              <w:end w:w="110" w:type="dxa"/>
            </w:tcMar>
          </w:tcPr>
          <w:p>
            <w:r>
              <w:rPr>
                <w:b/>
                <w:color w:val="0B1B33"/>
                <w:sz w:val="17"/>
              </w:rPr>
              <w:t>National Insurance Number (NINO)</w:t>
            </w:r>
          </w:p>
        </w:tc>
        <w:tc>
          <w:tcPr>
            <w:tcW w:type="dxa" w:w="6840"/>
            <w:tcMar>
              <w:top w:w="90" w:type="dxa"/>
              <w:start w:w="110" w:type="dxa"/>
              <w:bottom w:w="90" w:type="dxa"/>
              <w:end w:w="110" w:type="dxa"/>
            </w:tcMar>
          </w:tcPr>
          <w:p>
            <w:r>
              <w:t xml:space="preserve"> </w:t>
            </w:r>
          </w:p>
        </w:tc>
      </w:tr>
      <w:tr>
        <w:tc>
          <w:tcPr>
            <w:tcW w:type="dxa" w:w="3240"/>
            <w:shd w:fill="F7F4EE"/>
            <w:tcMar>
              <w:top w:w="90" w:type="dxa"/>
              <w:start w:w="110" w:type="dxa"/>
              <w:bottom w:w="90" w:type="dxa"/>
              <w:end w:w="110" w:type="dxa"/>
            </w:tcMar>
          </w:tcPr>
          <w:p>
            <w:r>
              <w:rPr>
                <w:b/>
                <w:color w:val="0B1B33"/>
                <w:sz w:val="17"/>
              </w:rPr>
              <w:t>Gender</w:t>
            </w:r>
          </w:p>
        </w:tc>
        <w:tc>
          <w:tcPr>
            <w:tcW w:type="dxa" w:w="6840"/>
            <w:tcMar>
              <w:top w:w="90" w:type="dxa"/>
              <w:start w:w="110" w:type="dxa"/>
              <w:bottom w:w="90" w:type="dxa"/>
              <w:end w:w="110" w:type="dxa"/>
            </w:tcMar>
          </w:tcPr>
          <w:p>
            <w:r>
              <w:t xml:space="preserve"> </w:t>
            </w:r>
          </w:p>
        </w:tc>
      </w:tr>
      <w:tr>
        <w:tc>
          <w:tcPr>
            <w:tcW w:type="dxa" w:w="3240"/>
            <w:shd w:fill="F7F4EE"/>
            <w:tcMar>
              <w:top w:w="90" w:type="dxa"/>
              <w:start w:w="110" w:type="dxa"/>
              <w:bottom w:w="90" w:type="dxa"/>
              <w:end w:w="110" w:type="dxa"/>
            </w:tcMar>
          </w:tcPr>
          <w:p>
            <w:r>
              <w:rPr>
                <w:b/>
                <w:color w:val="0B1B33"/>
                <w:sz w:val="17"/>
              </w:rPr>
              <w:t>Ethnic origin (as defined by client)</w:t>
            </w:r>
          </w:p>
        </w:tc>
        <w:tc>
          <w:tcPr>
            <w:tcW w:type="dxa" w:w="6840"/>
            <w:tcMar>
              <w:top w:w="90" w:type="dxa"/>
              <w:start w:w="110" w:type="dxa"/>
              <w:bottom w:w="90" w:type="dxa"/>
              <w:end w:w="110" w:type="dxa"/>
            </w:tcMar>
          </w:tcPr>
          <w:p>
            <w:r>
              <w:t xml:space="preserve"> </w:t>
            </w:r>
          </w:p>
        </w:tc>
      </w:tr>
      <w:tr>
        <w:tc>
          <w:tcPr>
            <w:tcW w:type="dxa" w:w="3240"/>
            <w:shd w:fill="F7F4EE"/>
            <w:tcMar>
              <w:top w:w="90" w:type="dxa"/>
              <w:start w:w="110" w:type="dxa"/>
              <w:bottom w:w="90" w:type="dxa"/>
              <w:end w:w="110" w:type="dxa"/>
            </w:tcMar>
          </w:tcPr>
          <w:p>
            <w:r>
              <w:rPr>
                <w:b/>
                <w:color w:val="0B1B33"/>
                <w:sz w:val="17"/>
              </w:rPr>
              <w:t>Next of kin &amp; relationship</w:t>
            </w:r>
          </w:p>
        </w:tc>
        <w:tc>
          <w:tcPr>
            <w:tcW w:type="dxa" w:w="6840"/>
            <w:tcMar>
              <w:top w:w="90" w:type="dxa"/>
              <w:start w:w="110" w:type="dxa"/>
              <w:bottom w:w="90" w:type="dxa"/>
              <w:end w:w="110" w:type="dxa"/>
            </w:tcMar>
          </w:tcPr>
          <w:p>
            <w:r>
              <w:t xml:space="preserve"> </w:t>
            </w:r>
          </w:p>
        </w:tc>
      </w:tr>
      <w:tr>
        <w:tc>
          <w:tcPr>
            <w:tcW w:type="dxa" w:w="3240"/>
            <w:shd w:fill="F7F4EE"/>
            <w:tcMar>
              <w:top w:w="90" w:type="dxa"/>
              <w:start w:w="110" w:type="dxa"/>
              <w:bottom w:w="90" w:type="dxa"/>
              <w:end w:w="110" w:type="dxa"/>
            </w:tcMar>
          </w:tcPr>
          <w:p>
            <w:r>
              <w:rPr>
                <w:b/>
                <w:color w:val="0B1B33"/>
                <w:sz w:val="17"/>
              </w:rPr>
              <w:t>Next of kin address</w:t>
            </w:r>
          </w:p>
        </w:tc>
        <w:tc>
          <w:tcPr>
            <w:tcW w:type="dxa" w:w="6840"/>
            <w:tcMar>
              <w:top w:w="90" w:type="dxa"/>
              <w:start w:w="110" w:type="dxa"/>
              <w:bottom w:w="90" w:type="dxa"/>
              <w:end w:w="110" w:type="dxa"/>
            </w:tcMar>
          </w:tcPr>
          <w:p>
            <w:r>
              <w:t xml:space="preserve"> </w:t>
            </w:r>
          </w:p>
          <w:p>
            <w:r>
              <w:t xml:space="preserve"> </w:t>
            </w:r>
          </w:p>
        </w:tc>
      </w:tr>
      <w:tr>
        <w:tc>
          <w:tcPr>
            <w:tcW w:type="dxa" w:w="3240"/>
            <w:shd w:fill="F7F4EE"/>
            <w:tcMar>
              <w:top w:w="90" w:type="dxa"/>
              <w:start w:w="110" w:type="dxa"/>
              <w:bottom w:w="90" w:type="dxa"/>
              <w:end w:w="110" w:type="dxa"/>
            </w:tcMar>
          </w:tcPr>
          <w:p>
            <w:r>
              <w:rPr>
                <w:b/>
                <w:color w:val="0B1B33"/>
                <w:sz w:val="17"/>
              </w:rPr>
              <w:t>Next of kin contact number</w:t>
            </w:r>
          </w:p>
        </w:tc>
        <w:tc>
          <w:tcPr>
            <w:tcW w:type="dxa" w:w="6840"/>
            <w:tcMar>
              <w:top w:w="90" w:type="dxa"/>
              <w:start w:w="110" w:type="dxa"/>
              <w:bottom w:w="90" w:type="dxa"/>
              <w:end w:w="110" w:type="dxa"/>
            </w:tcMar>
          </w:tcPr>
          <w:p>
            <w:r>
              <w:t xml:space="preserve"> </w:t>
            </w:r>
          </w:p>
        </w:tc>
      </w:tr>
      <w:tr>
        <w:tc>
          <w:tcPr>
            <w:tcW w:type="dxa" w:w="3240"/>
            <w:shd w:fill="F7F4EE"/>
            <w:tcMar>
              <w:top w:w="90" w:type="dxa"/>
              <w:start w:w="110" w:type="dxa"/>
              <w:bottom w:w="90" w:type="dxa"/>
              <w:end w:w="110" w:type="dxa"/>
            </w:tcMar>
          </w:tcPr>
          <w:p>
            <w:r>
              <w:rPr>
                <w:b/>
                <w:color w:val="0B1B33"/>
                <w:sz w:val="17"/>
              </w:rPr>
              <w:t>In receipt of benefits?</w:t>
            </w:r>
          </w:p>
        </w:tc>
        <w:tc>
          <w:tcPr>
            <w:tcW w:type="dxa" w:w="6840"/>
            <w:tcMar>
              <w:top w:w="90" w:type="dxa"/>
              <w:start w:w="110" w:type="dxa"/>
              <w:bottom w:w="90" w:type="dxa"/>
              <w:end w:w="110" w:type="dxa"/>
            </w:tcMar>
          </w:tcPr>
          <w:p>
            <w:r>
              <w:t>Yes / No - details if applicable:</w:t>
            </w:r>
          </w:p>
          <w:p>
            <w:r>
              <w:t xml:space="preserve"> </w:t>
            </w:r>
          </w:p>
        </w:tc>
      </w:tr>
    </w:tbl>
    <w:p>
      <w:pPr>
        <w:spacing w:after="40"/>
      </w:pPr>
    </w:p>
    <w:p>
      <w:r>
        <w:br w:type="page"/>
      </w:r>
    </w:p>
    <w:tbl>
      <w:tblPr>
        <w:tblW w:type="auto" w:w="0"/>
        <w:jc w:val="center"/>
        <w:tblLook w:firstColumn="1" w:firstRow="1" w:lastColumn="0" w:lastRow="0" w:noHBand="0" w:noVBand="1" w:val="04A0"/>
        <w:tblBorders>
          <w:top w:val="single" w:sz="4" w:color="E7E2D8"/>
          <w:left w:val="single" w:sz="4" w:color="E7E2D8"/>
          <w:bottom w:val="single" w:sz="4" w:color="E7E2D8"/>
          <w:right w:val="single" w:sz="4" w:color="E7E2D8"/>
          <w:insideH w:val="single" w:sz="4" w:color="E7E2D8"/>
          <w:insideV w:val="single" w:sz="4" w:color="E7E2D8"/>
        </w:tblBorders>
      </w:tblPr>
      <w:tblGrid>
        <w:gridCol w:w="10368"/>
      </w:tblGrid>
      <w:tr>
        <w:tc>
          <w:tcPr>
            <w:tcW w:type="dxa" w:w="10368"/>
            <w:shd w:fill="0B1B33"/>
            <w:tcMar>
              <w:top w:w="100" w:type="dxa"/>
              <w:start w:w="140" w:type="dxa"/>
              <w:bottom w:w="100" w:type="dxa"/>
              <w:end w:w="140" w:type="dxa"/>
            </w:tcMar>
          </w:tcPr>
          <w:p>
            <w:r>
              <w:rPr>
                <w:b/>
                <w:color w:val="FFFFFF"/>
                <w:sz w:val="26"/>
              </w:rPr>
              <w:t>3. APPLICANT MEDICAL BACKGROUND / HISTORY</w:t>
            </w:r>
          </w:p>
        </w:tc>
      </w:tr>
    </w:tbl>
    <w:p>
      <w:pPr>
        <w:spacing w:after="20"/>
      </w:pPr>
    </w:p>
    <w:tbl>
      <w:tblPr>
        <w:tblW w:type="auto" w:w="0"/>
        <w:jc w:val="center"/>
        <w:tblLayout w:type="fixed"/>
        <w:tblLook w:firstColumn="1" w:firstRow="1" w:lastColumn="0" w:lastRow="0" w:noHBand="0" w:noVBand="1" w:val="04A0"/>
        <w:tblBorders>
          <w:top w:val="single" w:sz="4" w:color="E7E2D8"/>
          <w:left w:val="single" w:sz="4" w:color="E7E2D8"/>
          <w:bottom w:val="single" w:sz="4" w:color="E7E2D8"/>
          <w:right w:val="single" w:sz="4" w:color="E7E2D8"/>
          <w:insideH w:val="single" w:sz="4" w:color="E7E2D8"/>
          <w:insideV w:val="single" w:sz="4" w:color="E7E2D8"/>
        </w:tblBorders>
      </w:tblPr>
      <w:tblGrid>
        <w:gridCol w:w="5184"/>
        <w:gridCol w:w="5184"/>
      </w:tblGrid>
      <w:tr>
        <w:tc>
          <w:tcPr>
            <w:tcW w:type="dxa" w:w="3240"/>
            <w:shd w:fill="F7F4EE"/>
            <w:tcMar>
              <w:top w:w="90" w:type="dxa"/>
              <w:start w:w="110" w:type="dxa"/>
              <w:bottom w:w="90" w:type="dxa"/>
              <w:end w:w="110" w:type="dxa"/>
            </w:tcMar>
          </w:tcPr>
          <w:p>
            <w:r>
              <w:rPr>
                <w:b/>
                <w:color w:val="0B1B33"/>
                <w:sz w:val="17"/>
              </w:rPr>
              <w:t>Social Worker / CPN / Probation Officer / other professional(s)</w:t>
            </w:r>
          </w:p>
        </w:tc>
        <w:tc>
          <w:tcPr>
            <w:tcW w:type="dxa" w:w="6840"/>
            <w:tcMar>
              <w:top w:w="90" w:type="dxa"/>
              <w:start w:w="110" w:type="dxa"/>
              <w:bottom w:w="90" w:type="dxa"/>
              <w:end w:w="110" w:type="dxa"/>
            </w:tcMar>
          </w:tcPr>
          <w:p>
            <w:r>
              <w:t xml:space="preserve"> </w:t>
            </w:r>
          </w:p>
          <w:p>
            <w:r>
              <w:t xml:space="preserve"> </w:t>
            </w:r>
          </w:p>
          <w:p>
            <w:r>
              <w:t xml:space="preserve"> </w:t>
            </w:r>
          </w:p>
        </w:tc>
      </w:tr>
      <w:tr>
        <w:tc>
          <w:tcPr>
            <w:tcW w:type="dxa" w:w="3240"/>
            <w:shd w:fill="F7F4EE"/>
            <w:tcMar>
              <w:top w:w="90" w:type="dxa"/>
              <w:start w:w="110" w:type="dxa"/>
              <w:bottom w:w="90" w:type="dxa"/>
              <w:end w:w="110" w:type="dxa"/>
            </w:tcMar>
          </w:tcPr>
          <w:p>
            <w:r>
              <w:rPr>
                <w:b/>
                <w:color w:val="0B1B33"/>
                <w:sz w:val="17"/>
              </w:rPr>
              <w:t>GP name and address (if applicable)</w:t>
            </w:r>
          </w:p>
        </w:tc>
        <w:tc>
          <w:tcPr>
            <w:tcW w:type="dxa" w:w="6840"/>
            <w:tcMar>
              <w:top w:w="90" w:type="dxa"/>
              <w:start w:w="110" w:type="dxa"/>
              <w:bottom w:w="90" w:type="dxa"/>
              <w:end w:w="110" w:type="dxa"/>
            </w:tcMar>
          </w:tcPr>
          <w:p>
            <w:r>
              <w:t xml:space="preserve"> </w:t>
            </w:r>
          </w:p>
          <w:p>
            <w:r>
              <w:t xml:space="preserve"> </w:t>
            </w:r>
          </w:p>
          <w:p>
            <w:r>
              <w:t xml:space="preserve"> </w:t>
            </w:r>
          </w:p>
        </w:tc>
      </w:tr>
      <w:tr>
        <w:tc>
          <w:tcPr>
            <w:tcW w:type="dxa" w:w="3240"/>
            <w:shd w:fill="F7F4EE"/>
            <w:tcMar>
              <w:top w:w="90" w:type="dxa"/>
              <w:start w:w="110" w:type="dxa"/>
              <w:bottom w:w="90" w:type="dxa"/>
              <w:end w:w="110" w:type="dxa"/>
            </w:tcMar>
          </w:tcPr>
          <w:p>
            <w:r>
              <w:rPr>
                <w:b/>
                <w:color w:val="0B1B33"/>
                <w:sz w:val="17"/>
              </w:rPr>
              <w:t>Mental Health Act / Community Treatment Order history</w:t>
            </w:r>
          </w:p>
        </w:tc>
        <w:tc>
          <w:tcPr>
            <w:tcW w:type="dxa" w:w="6840"/>
            <w:tcMar>
              <w:top w:w="90" w:type="dxa"/>
              <w:start w:w="110" w:type="dxa"/>
              <w:bottom w:w="90" w:type="dxa"/>
              <w:end w:w="110" w:type="dxa"/>
            </w:tcMar>
          </w:tcPr>
          <w:p>
            <w:r>
              <w:t>If yes, provide full details:</w:t>
            </w:r>
          </w:p>
          <w:p>
            <w:r>
              <w:t xml:space="preserve"> </w:t>
            </w:r>
          </w:p>
          <w:p>
            <w:r>
              <w:t xml:space="preserve"> </w:t>
            </w:r>
          </w:p>
          <w:p>
            <w:r>
              <w:t xml:space="preserve"> </w:t>
            </w:r>
          </w:p>
        </w:tc>
      </w:tr>
      <w:tr>
        <w:tc>
          <w:tcPr>
            <w:tcW w:type="dxa" w:w="3240"/>
            <w:shd w:fill="F7F4EE"/>
            <w:tcMar>
              <w:top w:w="90" w:type="dxa"/>
              <w:start w:w="110" w:type="dxa"/>
              <w:bottom w:w="90" w:type="dxa"/>
              <w:end w:w="110" w:type="dxa"/>
            </w:tcMar>
          </w:tcPr>
          <w:p>
            <w:r>
              <w:rPr>
                <w:b/>
                <w:color w:val="0B1B33"/>
                <w:sz w:val="17"/>
              </w:rPr>
              <w:t>Mental health history</w:t>
            </w:r>
          </w:p>
        </w:tc>
        <w:tc>
          <w:tcPr>
            <w:tcW w:type="dxa" w:w="6840"/>
            <w:tcMar>
              <w:top w:w="90" w:type="dxa"/>
              <w:start w:w="110" w:type="dxa"/>
              <w:bottom w:w="90" w:type="dxa"/>
              <w:end w:w="110" w:type="dxa"/>
            </w:tcMar>
          </w:tcPr>
          <w:p>
            <w:r>
              <w:t xml:space="preserve"> </w:t>
            </w:r>
          </w:p>
          <w:p>
            <w:r>
              <w:t xml:space="preserve"> </w:t>
            </w:r>
          </w:p>
          <w:p>
            <w:r>
              <w:t xml:space="preserve"> </w:t>
            </w:r>
          </w:p>
          <w:p>
            <w:r>
              <w:t xml:space="preserve"> </w:t>
            </w:r>
          </w:p>
          <w:p>
            <w:r>
              <w:t xml:space="preserve"> </w:t>
            </w:r>
          </w:p>
        </w:tc>
      </w:tr>
      <w:tr>
        <w:tc>
          <w:tcPr>
            <w:tcW w:type="dxa" w:w="3240"/>
            <w:shd w:fill="F7F4EE"/>
            <w:tcMar>
              <w:top w:w="90" w:type="dxa"/>
              <w:start w:w="110" w:type="dxa"/>
              <w:bottom w:w="90" w:type="dxa"/>
              <w:end w:w="110" w:type="dxa"/>
            </w:tcMar>
          </w:tcPr>
          <w:p>
            <w:r>
              <w:rPr>
                <w:b/>
                <w:color w:val="0B1B33"/>
                <w:sz w:val="17"/>
              </w:rPr>
              <w:t>Physical health history</w:t>
            </w:r>
          </w:p>
        </w:tc>
        <w:tc>
          <w:tcPr>
            <w:tcW w:type="dxa" w:w="6840"/>
            <w:tcMar>
              <w:top w:w="90" w:type="dxa"/>
              <w:start w:w="110" w:type="dxa"/>
              <w:bottom w:w="90" w:type="dxa"/>
              <w:end w:w="110" w:type="dxa"/>
            </w:tcMar>
          </w:tcPr>
          <w:p>
            <w:r>
              <w:t xml:space="preserve"> </w:t>
            </w:r>
          </w:p>
          <w:p>
            <w:r>
              <w:t xml:space="preserve"> </w:t>
            </w:r>
          </w:p>
          <w:p>
            <w:r>
              <w:t xml:space="preserve"> </w:t>
            </w:r>
          </w:p>
          <w:p>
            <w:r>
              <w:t xml:space="preserve"> </w:t>
            </w:r>
          </w:p>
        </w:tc>
      </w:tr>
      <w:tr>
        <w:tc>
          <w:tcPr>
            <w:tcW w:type="dxa" w:w="3240"/>
            <w:shd w:fill="F7F4EE"/>
            <w:tcMar>
              <w:top w:w="90" w:type="dxa"/>
              <w:start w:w="110" w:type="dxa"/>
              <w:bottom w:w="90" w:type="dxa"/>
              <w:end w:w="110" w:type="dxa"/>
            </w:tcMar>
          </w:tcPr>
          <w:p>
            <w:r>
              <w:rPr>
                <w:b/>
                <w:color w:val="0B1B33"/>
                <w:sz w:val="17"/>
              </w:rPr>
              <w:t>Present medication or treatment</w:t>
            </w:r>
          </w:p>
        </w:tc>
        <w:tc>
          <w:tcPr>
            <w:tcW w:type="dxa" w:w="6840"/>
            <w:tcMar>
              <w:top w:w="90" w:type="dxa"/>
              <w:start w:w="110" w:type="dxa"/>
              <w:bottom w:w="90" w:type="dxa"/>
              <w:end w:w="110" w:type="dxa"/>
            </w:tcMar>
          </w:tcPr>
          <w:p>
            <w:r>
              <w:t xml:space="preserve"> </w:t>
            </w:r>
          </w:p>
          <w:p>
            <w:r>
              <w:t xml:space="preserve"> </w:t>
            </w:r>
          </w:p>
          <w:p>
            <w:r>
              <w:t xml:space="preserve"> </w:t>
            </w:r>
          </w:p>
          <w:p>
            <w:r>
              <w:t xml:space="preserve"> </w:t>
            </w:r>
          </w:p>
        </w:tc>
      </w:tr>
      <w:tr>
        <w:tc>
          <w:tcPr>
            <w:tcW w:type="dxa" w:w="3240"/>
            <w:shd w:fill="F7F4EE"/>
            <w:tcMar>
              <w:top w:w="90" w:type="dxa"/>
              <w:start w:w="110" w:type="dxa"/>
              <w:bottom w:w="90" w:type="dxa"/>
              <w:end w:w="110" w:type="dxa"/>
            </w:tcMar>
          </w:tcPr>
          <w:p>
            <w:r>
              <w:rPr>
                <w:b/>
                <w:color w:val="0B1B33"/>
                <w:sz w:val="17"/>
              </w:rPr>
              <w:t>Current CPA details (if appropriate)</w:t>
            </w:r>
          </w:p>
        </w:tc>
        <w:tc>
          <w:tcPr>
            <w:tcW w:type="dxa" w:w="6840"/>
            <w:tcMar>
              <w:top w:w="90" w:type="dxa"/>
              <w:start w:w="110" w:type="dxa"/>
              <w:bottom w:w="90" w:type="dxa"/>
              <w:end w:w="110" w:type="dxa"/>
            </w:tcMar>
          </w:tcPr>
          <w:p>
            <w:r>
              <w:t xml:space="preserve"> </w:t>
            </w:r>
          </w:p>
          <w:p>
            <w:r>
              <w:t xml:space="preserve"> </w:t>
            </w:r>
          </w:p>
          <w:p>
            <w:r>
              <w:t xml:space="preserve"> </w:t>
            </w:r>
          </w:p>
        </w:tc>
      </w:tr>
      <w:tr>
        <w:tc>
          <w:tcPr>
            <w:tcW w:type="dxa" w:w="3240"/>
            <w:shd w:fill="F7F4EE"/>
            <w:tcMar>
              <w:top w:w="90" w:type="dxa"/>
              <w:start w:w="110" w:type="dxa"/>
              <w:bottom w:w="90" w:type="dxa"/>
              <w:end w:w="110" w:type="dxa"/>
            </w:tcMar>
          </w:tcPr>
          <w:p>
            <w:r>
              <w:rPr>
                <w:b/>
                <w:color w:val="0B1B33"/>
                <w:sz w:val="17"/>
              </w:rPr>
              <w:t>Any other relevant information</w:t>
            </w:r>
          </w:p>
        </w:tc>
        <w:tc>
          <w:tcPr>
            <w:tcW w:type="dxa" w:w="6840"/>
            <w:tcMar>
              <w:top w:w="90" w:type="dxa"/>
              <w:start w:w="110" w:type="dxa"/>
              <w:bottom w:w="90" w:type="dxa"/>
              <w:end w:w="110" w:type="dxa"/>
            </w:tcMar>
          </w:tcPr>
          <w:p>
            <w:r>
              <w:t xml:space="preserve"> </w:t>
            </w:r>
          </w:p>
          <w:p>
            <w:r>
              <w:t xml:space="preserve"> </w:t>
            </w:r>
          </w:p>
          <w:p>
            <w:r>
              <w:t xml:space="preserve"> </w:t>
            </w:r>
          </w:p>
          <w:p>
            <w:r>
              <w:t xml:space="preserve"> </w:t>
            </w:r>
          </w:p>
        </w:tc>
      </w:tr>
    </w:tbl>
    <w:p>
      <w:pPr>
        <w:spacing w:after="40"/>
      </w:pPr>
    </w:p>
    <w:p>
      <w:r>
        <w:br w:type="page"/>
      </w:r>
    </w:p>
    <w:tbl>
      <w:tblPr>
        <w:tblW w:type="auto" w:w="0"/>
        <w:jc w:val="center"/>
        <w:tblLook w:firstColumn="1" w:firstRow="1" w:lastColumn="0" w:lastRow="0" w:noHBand="0" w:noVBand="1" w:val="04A0"/>
        <w:tblBorders>
          <w:top w:val="single" w:sz="4" w:color="E7E2D8"/>
          <w:left w:val="single" w:sz="4" w:color="E7E2D8"/>
          <w:bottom w:val="single" w:sz="4" w:color="E7E2D8"/>
          <w:right w:val="single" w:sz="4" w:color="E7E2D8"/>
          <w:insideH w:val="single" w:sz="4" w:color="E7E2D8"/>
          <w:insideV w:val="single" w:sz="4" w:color="E7E2D8"/>
        </w:tblBorders>
      </w:tblPr>
      <w:tblGrid>
        <w:gridCol w:w="10368"/>
      </w:tblGrid>
      <w:tr>
        <w:tc>
          <w:tcPr>
            <w:tcW w:type="dxa" w:w="10368"/>
            <w:shd w:fill="0B1B33"/>
            <w:tcMar>
              <w:top w:w="100" w:type="dxa"/>
              <w:start w:w="140" w:type="dxa"/>
              <w:bottom w:w="100" w:type="dxa"/>
              <w:end w:w="140" w:type="dxa"/>
            </w:tcMar>
          </w:tcPr>
          <w:p>
            <w:r>
              <w:rPr>
                <w:b/>
                <w:color w:val="FFFFFF"/>
                <w:sz w:val="26"/>
              </w:rPr>
              <w:t>4. FORENSIC BACKGROUND</w:t>
            </w:r>
          </w:p>
        </w:tc>
      </w:tr>
    </w:tbl>
    <w:p>
      <w:pPr>
        <w:spacing w:after="20"/>
      </w:pPr>
    </w:p>
    <w:tbl>
      <w:tblPr>
        <w:tblW w:type="auto" w:w="0"/>
        <w:jc w:val="center"/>
        <w:tblLook w:firstColumn="1" w:firstRow="1" w:lastColumn="0" w:lastRow="0" w:noHBand="0" w:noVBand="1" w:val="04A0"/>
        <w:tblBorders>
          <w:top w:val="single" w:sz="4" w:color="E7E2D8"/>
          <w:left w:val="single" w:sz="4" w:color="E7E2D8"/>
          <w:bottom w:val="single" w:sz="4" w:color="E7E2D8"/>
          <w:right w:val="single" w:sz="4" w:color="E7E2D8"/>
          <w:insideH w:val="single" w:sz="4" w:color="E7E2D8"/>
          <w:insideV w:val="single" w:sz="4" w:color="E7E2D8"/>
        </w:tblBorders>
      </w:tblPr>
      <w:tblGrid>
        <w:gridCol w:w="10368"/>
      </w:tblGrid>
      <w:tr>
        <w:tc>
          <w:tcPr>
            <w:tcW w:type="dxa" w:w="10368"/>
            <w:shd w:fill="FBF8F1"/>
            <w:tcMar>
              <w:top w:w="110" w:type="dxa"/>
              <w:start w:w="140" w:type="dxa"/>
              <w:bottom w:w="110" w:type="dxa"/>
              <w:end w:w="140" w:type="dxa"/>
            </w:tcMar>
          </w:tcPr>
          <w:p>
            <w:r>
              <w:rPr>
                <w:b/>
                <w:color w:val="C9A35B"/>
                <w:sz w:val="21"/>
              </w:rPr>
              <w:t>Required information</w:t>
            </w:r>
          </w:p>
          <w:p>
            <w:pPr>
              <w:spacing w:after="40"/>
            </w:pPr>
            <w:r>
              <w:rPr>
                <w:sz w:val="17"/>
              </w:rPr>
              <w:t>• Please include full details of current and previous offences. This information must be provided.</w:t>
            </w:r>
          </w:p>
        </w:tc>
      </w:tr>
    </w:tbl>
    <w:p>
      <w:pPr>
        <w:spacing w:after="20"/>
      </w:pPr>
    </w:p>
    <w:tbl>
      <w:tblPr>
        <w:tblW w:type="auto" w:w="0"/>
        <w:jc w:val="center"/>
        <w:tblLayout w:type="fixed"/>
        <w:tblLook w:firstColumn="1" w:firstRow="1" w:lastColumn="0" w:lastRow="0" w:noHBand="0" w:noVBand="1" w:val="04A0"/>
        <w:tblBorders>
          <w:top w:val="single" w:sz="4" w:color="E7E2D8"/>
          <w:left w:val="single" w:sz="4" w:color="E7E2D8"/>
          <w:bottom w:val="single" w:sz="4" w:color="E7E2D8"/>
          <w:right w:val="single" w:sz="4" w:color="E7E2D8"/>
          <w:insideH w:val="single" w:sz="4" w:color="E7E2D8"/>
          <w:insideV w:val="single" w:sz="4" w:color="E7E2D8"/>
        </w:tblBorders>
      </w:tblPr>
      <w:tblGrid>
        <w:gridCol w:w="5184"/>
        <w:gridCol w:w="5184"/>
      </w:tblGrid>
      <w:tr>
        <w:tc>
          <w:tcPr>
            <w:tcW w:type="dxa" w:w="3240"/>
            <w:shd w:fill="F7F4EE"/>
            <w:tcMar>
              <w:top w:w="90" w:type="dxa"/>
              <w:start w:w="110" w:type="dxa"/>
              <w:bottom w:w="90" w:type="dxa"/>
              <w:end w:w="110" w:type="dxa"/>
            </w:tcMar>
          </w:tcPr>
          <w:p>
            <w:r>
              <w:rPr>
                <w:b/>
                <w:color w:val="0B1B33"/>
                <w:sz w:val="17"/>
              </w:rPr>
              <w:t>Current / previous offences and relevant forensic history</w:t>
            </w:r>
          </w:p>
        </w:tc>
        <w:tc>
          <w:tcPr>
            <w:tcW w:type="dxa" w:w="6840"/>
            <w:tcMar>
              <w:top w:w="90" w:type="dxa"/>
              <w:start w:w="110" w:type="dxa"/>
              <w:bottom w:w="90" w:type="dxa"/>
              <w:end w:w="110" w:type="dxa"/>
            </w:tcMar>
          </w:tcPr>
          <w:p>
            <w:r>
              <w:t xml:space="preserve"> </w:t>
            </w:r>
          </w:p>
          <w:p>
            <w:r>
              <w:t xml:space="preserve"> </w:t>
            </w:r>
          </w:p>
          <w:p>
            <w:r>
              <w:t xml:space="preserve"> </w:t>
            </w:r>
          </w:p>
          <w:p>
            <w:r>
              <w:t xml:space="preserve"> </w:t>
            </w:r>
          </w:p>
          <w:p>
            <w:r>
              <w:t xml:space="preserve"> </w:t>
            </w:r>
          </w:p>
          <w:p>
            <w:r>
              <w:t xml:space="preserve"> </w:t>
            </w:r>
          </w:p>
          <w:p>
            <w:r>
              <w:t xml:space="preserve"> </w:t>
            </w:r>
          </w:p>
          <w:p>
            <w:r>
              <w:t xml:space="preserve"> </w:t>
            </w:r>
          </w:p>
          <w:p>
            <w:r>
              <w:t xml:space="preserve"> </w:t>
            </w:r>
          </w:p>
        </w:tc>
      </w:tr>
    </w:tbl>
    <w:p>
      <w:pPr>
        <w:spacing w:after="40"/>
      </w:pPr>
    </w:p>
    <w:tbl>
      <w:tblPr>
        <w:tblW w:type="auto" w:w="0"/>
        <w:jc w:val="center"/>
        <w:tblLook w:firstColumn="1" w:firstRow="1" w:lastColumn="0" w:lastRow="0" w:noHBand="0" w:noVBand="1" w:val="04A0"/>
        <w:tblBorders>
          <w:top w:val="single" w:sz="4" w:color="E7E2D8"/>
          <w:left w:val="single" w:sz="4" w:color="E7E2D8"/>
          <w:bottom w:val="single" w:sz="4" w:color="E7E2D8"/>
          <w:right w:val="single" w:sz="4" w:color="E7E2D8"/>
          <w:insideH w:val="single" w:sz="4" w:color="E7E2D8"/>
          <w:insideV w:val="single" w:sz="4" w:color="E7E2D8"/>
        </w:tblBorders>
      </w:tblPr>
      <w:tblGrid>
        <w:gridCol w:w="10368"/>
      </w:tblGrid>
      <w:tr>
        <w:tc>
          <w:tcPr>
            <w:tcW w:type="dxa" w:w="10368"/>
            <w:shd w:fill="0B1B33"/>
            <w:tcMar>
              <w:top w:w="100" w:type="dxa"/>
              <w:start w:w="140" w:type="dxa"/>
              <w:bottom w:w="100" w:type="dxa"/>
              <w:end w:w="140" w:type="dxa"/>
            </w:tcMar>
          </w:tcPr>
          <w:p>
            <w:r>
              <w:rPr>
                <w:b/>
                <w:color w:val="FFFFFF"/>
                <w:sz w:val="26"/>
              </w:rPr>
              <w:t>5. SUPPORT GROUP / SUPPORT NEEDS</w:t>
            </w:r>
          </w:p>
        </w:tc>
      </w:tr>
    </w:tbl>
    <w:p>
      <w:pPr>
        <w:spacing w:after="20"/>
      </w:pPr>
    </w:p>
    <w:tbl>
      <w:tblPr>
        <w:tblW w:type="auto" w:w="0"/>
        <w:jc w:val="center"/>
        <w:tblLook w:firstColumn="1" w:firstRow="1" w:lastColumn="0" w:lastRow="0" w:noHBand="0" w:noVBand="1" w:val="04A0"/>
        <w:tblBorders>
          <w:top w:val="single" w:sz="4" w:color="E7E2D8"/>
          <w:left w:val="single" w:sz="4" w:color="E7E2D8"/>
          <w:bottom w:val="single" w:sz="4" w:color="E7E2D8"/>
          <w:right w:val="single" w:sz="4" w:color="E7E2D8"/>
          <w:insideH w:val="single" w:sz="4" w:color="E7E2D8"/>
          <w:insideV w:val="single" w:sz="4" w:color="E7E2D8"/>
        </w:tblBorders>
      </w:tblPr>
      <w:tblGrid>
        <w:gridCol w:w="10368"/>
      </w:tblGrid>
      <w:tr>
        <w:tc>
          <w:tcPr>
            <w:tcW w:type="dxa" w:w="10368"/>
            <w:tcMar>
              <w:top w:w="70" w:type="dxa"/>
              <w:start w:w="110" w:type="dxa"/>
              <w:bottom w:w="70" w:type="dxa"/>
              <w:end w:w="110" w:type="dxa"/>
            </w:tcMar>
          </w:tcPr>
          <w:p>
            <w:r>
              <w:rPr>
                <w:sz w:val="18"/>
              </w:rPr>
              <w:t>☐  Mental Health Problems</w:t>
            </w:r>
          </w:p>
        </w:tc>
      </w:tr>
      <w:tr>
        <w:tc>
          <w:tcPr>
            <w:tcW w:type="dxa" w:w="10368"/>
            <w:tcMar>
              <w:top w:w="70" w:type="dxa"/>
              <w:start w:w="110" w:type="dxa"/>
              <w:bottom w:w="70" w:type="dxa"/>
              <w:end w:w="110" w:type="dxa"/>
            </w:tcMar>
          </w:tcPr>
          <w:p>
            <w:r>
              <w:rPr>
                <w:sz w:val="18"/>
              </w:rPr>
              <w:t>☐  Single Homeless with Support Needs</w:t>
            </w:r>
          </w:p>
        </w:tc>
      </w:tr>
      <w:tr>
        <w:tc>
          <w:tcPr>
            <w:tcW w:type="dxa" w:w="10368"/>
            <w:tcMar>
              <w:top w:w="70" w:type="dxa"/>
              <w:start w:w="110" w:type="dxa"/>
              <w:bottom w:w="70" w:type="dxa"/>
              <w:end w:w="110" w:type="dxa"/>
            </w:tcMar>
          </w:tcPr>
          <w:p>
            <w:r>
              <w:rPr>
                <w:sz w:val="18"/>
              </w:rPr>
              <w:t>☐  Training, Education, Employment</w:t>
            </w:r>
          </w:p>
        </w:tc>
      </w:tr>
      <w:tr>
        <w:tc>
          <w:tcPr>
            <w:tcW w:type="dxa" w:w="10368"/>
            <w:tcMar>
              <w:top w:w="70" w:type="dxa"/>
              <w:start w:w="110" w:type="dxa"/>
              <w:bottom w:w="70" w:type="dxa"/>
              <w:end w:w="110" w:type="dxa"/>
            </w:tcMar>
          </w:tcPr>
          <w:p>
            <w:r>
              <w:rPr>
                <w:sz w:val="18"/>
              </w:rPr>
              <w:t>☐  Leisure, Cultural, Faith, Informal Learning Activities</w:t>
            </w:r>
          </w:p>
        </w:tc>
      </w:tr>
      <w:tr>
        <w:tc>
          <w:tcPr>
            <w:tcW w:type="dxa" w:w="10368"/>
            <w:tcMar>
              <w:top w:w="70" w:type="dxa"/>
              <w:start w:w="110" w:type="dxa"/>
              <w:bottom w:w="70" w:type="dxa"/>
              <w:end w:w="110" w:type="dxa"/>
            </w:tcMar>
          </w:tcPr>
          <w:p>
            <w:r>
              <w:rPr>
                <w:sz w:val="18"/>
              </w:rPr>
              <w:t>☐  Primary Health Care, Mental Health or Drug/Alcohol Services</w:t>
            </w:r>
          </w:p>
        </w:tc>
      </w:tr>
      <w:tr>
        <w:tc>
          <w:tcPr>
            <w:tcW w:type="dxa" w:w="10368"/>
            <w:tcMar>
              <w:top w:w="70" w:type="dxa"/>
              <w:start w:w="110" w:type="dxa"/>
              <w:bottom w:w="70" w:type="dxa"/>
              <w:end w:w="110" w:type="dxa"/>
            </w:tcMar>
          </w:tcPr>
          <w:p>
            <w:r>
              <w:rPr>
                <w:sz w:val="18"/>
              </w:rPr>
              <w:t>☐  Accommodation / Housing</w:t>
            </w:r>
          </w:p>
        </w:tc>
      </w:tr>
      <w:tr>
        <w:tc>
          <w:tcPr>
            <w:tcW w:type="dxa" w:w="10368"/>
            <w:tcMar>
              <w:top w:w="70" w:type="dxa"/>
              <w:start w:w="110" w:type="dxa"/>
              <w:bottom w:w="70" w:type="dxa"/>
              <w:end w:w="110" w:type="dxa"/>
            </w:tcMar>
          </w:tcPr>
          <w:p>
            <w:r>
              <w:rPr>
                <w:sz w:val="18"/>
              </w:rPr>
              <w:t>☐  Safeguarding: avoiding self-harm and/or causing harm to others / avoiding harm by others</w:t>
            </w:r>
          </w:p>
        </w:tc>
      </w:tr>
      <w:tr>
        <w:tc>
          <w:tcPr>
            <w:tcW w:type="dxa" w:w="10368"/>
            <w:tcMar>
              <w:top w:w="70" w:type="dxa"/>
              <w:start w:w="110" w:type="dxa"/>
              <w:bottom w:w="70" w:type="dxa"/>
              <w:end w:w="110" w:type="dxa"/>
            </w:tcMar>
          </w:tcPr>
          <w:p>
            <w:r>
              <w:rPr>
                <w:sz w:val="18"/>
              </w:rPr>
              <w:t>☐  Independent Living Skills</w:t>
            </w:r>
          </w:p>
        </w:tc>
      </w:tr>
      <w:tr>
        <w:tc>
          <w:tcPr>
            <w:tcW w:type="dxa" w:w="10368"/>
            <w:tcMar>
              <w:top w:w="70" w:type="dxa"/>
              <w:start w:w="110" w:type="dxa"/>
              <w:bottom w:w="70" w:type="dxa"/>
              <w:end w:w="110" w:type="dxa"/>
            </w:tcMar>
          </w:tcPr>
          <w:p>
            <w:r>
              <w:rPr>
                <w:sz w:val="18"/>
              </w:rPr>
              <w:t>☐  Inclusion in Community</w:t>
            </w:r>
          </w:p>
        </w:tc>
      </w:tr>
      <w:tr>
        <w:tc>
          <w:tcPr>
            <w:tcW w:type="dxa" w:w="10368"/>
            <w:tcMar>
              <w:top w:w="70" w:type="dxa"/>
              <w:start w:w="110" w:type="dxa"/>
              <w:bottom w:w="70" w:type="dxa"/>
              <w:end w:w="110" w:type="dxa"/>
            </w:tcMar>
          </w:tcPr>
          <w:p>
            <w:r>
              <w:rPr>
                <w:sz w:val="18"/>
              </w:rPr>
              <w:t>☐  Social Isolation / Contact with Family / Friends</w:t>
            </w:r>
          </w:p>
        </w:tc>
      </w:tr>
      <w:tr>
        <w:tc>
          <w:tcPr>
            <w:tcW w:type="dxa" w:w="10368"/>
            <w:tcMar>
              <w:top w:w="70" w:type="dxa"/>
              <w:start w:w="110" w:type="dxa"/>
              <w:bottom w:w="70" w:type="dxa"/>
              <w:end w:w="110" w:type="dxa"/>
            </w:tcMar>
          </w:tcPr>
          <w:p>
            <w:r>
              <w:rPr>
                <w:sz w:val="18"/>
              </w:rPr>
              <w:t>☐  Other (please specify)</w:t>
            </w:r>
          </w:p>
        </w:tc>
      </w:tr>
    </w:tbl>
    <w:p>
      <w:pPr>
        <w:spacing w:after="40"/>
      </w:pPr>
    </w:p>
    <w:tbl>
      <w:tblPr>
        <w:tblW w:type="auto" w:w="0"/>
        <w:jc w:val="center"/>
        <w:tblLayout w:type="fixed"/>
        <w:tblLook w:firstColumn="1" w:firstRow="1" w:lastColumn="0" w:lastRow="0" w:noHBand="0" w:noVBand="1" w:val="04A0"/>
        <w:tblBorders>
          <w:top w:val="single" w:sz="4" w:color="E7E2D8"/>
          <w:left w:val="single" w:sz="4" w:color="E7E2D8"/>
          <w:bottom w:val="single" w:sz="4" w:color="E7E2D8"/>
          <w:right w:val="single" w:sz="4" w:color="E7E2D8"/>
          <w:insideH w:val="single" w:sz="4" w:color="E7E2D8"/>
          <w:insideV w:val="single" w:sz="4" w:color="E7E2D8"/>
        </w:tblBorders>
      </w:tblPr>
      <w:tblGrid>
        <w:gridCol w:w="5184"/>
        <w:gridCol w:w="5184"/>
      </w:tblGrid>
      <w:tr>
        <w:tc>
          <w:tcPr>
            <w:tcW w:type="dxa" w:w="3240"/>
            <w:shd w:fill="F7F4EE"/>
            <w:tcMar>
              <w:top w:w="90" w:type="dxa"/>
              <w:start w:w="110" w:type="dxa"/>
              <w:bottom w:w="90" w:type="dxa"/>
              <w:end w:w="110" w:type="dxa"/>
            </w:tcMar>
          </w:tcPr>
          <w:p>
            <w:r>
              <w:rPr>
                <w:b/>
                <w:color w:val="0B1B33"/>
                <w:sz w:val="17"/>
              </w:rPr>
              <w:t>Support needs / details</w:t>
            </w:r>
          </w:p>
        </w:tc>
        <w:tc>
          <w:tcPr>
            <w:tcW w:type="dxa" w:w="6840"/>
            <w:tcMar>
              <w:top w:w="90" w:type="dxa"/>
              <w:start w:w="110" w:type="dxa"/>
              <w:bottom w:w="90" w:type="dxa"/>
              <w:end w:w="110" w:type="dxa"/>
            </w:tcMar>
          </w:tcPr>
          <w:p>
            <w:r>
              <w:t xml:space="preserve"> </w:t>
            </w:r>
          </w:p>
          <w:p>
            <w:r>
              <w:t xml:space="preserve"> </w:t>
            </w:r>
          </w:p>
          <w:p>
            <w:r>
              <w:t xml:space="preserve"> </w:t>
            </w:r>
          </w:p>
          <w:p>
            <w:r>
              <w:t xml:space="preserve"> </w:t>
            </w:r>
          </w:p>
          <w:p>
            <w:r>
              <w:t xml:space="preserve"> </w:t>
            </w:r>
          </w:p>
          <w:p>
            <w:r>
              <w:t xml:space="preserve"> </w:t>
            </w:r>
          </w:p>
        </w:tc>
      </w:tr>
      <w:tr>
        <w:tc>
          <w:tcPr>
            <w:tcW w:type="dxa" w:w="3240"/>
            <w:shd w:fill="F7F4EE"/>
            <w:tcMar>
              <w:top w:w="90" w:type="dxa"/>
              <w:start w:w="110" w:type="dxa"/>
              <w:bottom w:w="90" w:type="dxa"/>
              <w:end w:w="110" w:type="dxa"/>
            </w:tcMar>
          </w:tcPr>
          <w:p>
            <w:r>
              <w:rPr>
                <w:b/>
                <w:color w:val="0B1B33"/>
                <w:sz w:val="17"/>
              </w:rPr>
              <w:t>Other concerns</w:t>
            </w:r>
          </w:p>
        </w:tc>
        <w:tc>
          <w:tcPr>
            <w:tcW w:type="dxa" w:w="6840"/>
            <w:tcMar>
              <w:top w:w="90" w:type="dxa"/>
              <w:start w:w="110" w:type="dxa"/>
              <w:bottom w:w="90" w:type="dxa"/>
              <w:end w:w="110" w:type="dxa"/>
            </w:tcMar>
          </w:tcPr>
          <w:p>
            <w:r>
              <w:t xml:space="preserve"> </w:t>
            </w:r>
          </w:p>
          <w:p>
            <w:r>
              <w:t xml:space="preserve"> </w:t>
            </w:r>
          </w:p>
          <w:p>
            <w:r>
              <w:t xml:space="preserve"> </w:t>
            </w:r>
          </w:p>
          <w:p>
            <w:r>
              <w:t xml:space="preserve"> </w:t>
            </w:r>
          </w:p>
          <w:p>
            <w:r>
              <w:t xml:space="preserve"> </w:t>
            </w:r>
          </w:p>
        </w:tc>
      </w:tr>
    </w:tbl>
    <w:p>
      <w:pPr>
        <w:spacing w:after="40"/>
      </w:pPr>
    </w:p>
    <w:p>
      <w:r>
        <w:br w:type="page"/>
      </w:r>
    </w:p>
    <w:tbl>
      <w:tblPr>
        <w:tblW w:type="auto" w:w="0"/>
        <w:jc w:val="center"/>
        <w:tblLook w:firstColumn="1" w:firstRow="1" w:lastColumn="0" w:lastRow="0" w:noHBand="0" w:noVBand="1" w:val="04A0"/>
        <w:tblBorders>
          <w:top w:val="single" w:sz="4" w:color="E7E2D8"/>
          <w:left w:val="single" w:sz="4" w:color="E7E2D8"/>
          <w:bottom w:val="single" w:sz="4" w:color="E7E2D8"/>
          <w:right w:val="single" w:sz="4" w:color="E7E2D8"/>
          <w:insideH w:val="single" w:sz="4" w:color="E7E2D8"/>
          <w:insideV w:val="single" w:sz="4" w:color="E7E2D8"/>
        </w:tblBorders>
      </w:tblPr>
      <w:tblGrid>
        <w:gridCol w:w="10368"/>
      </w:tblGrid>
      <w:tr>
        <w:tc>
          <w:tcPr>
            <w:tcW w:type="dxa" w:w="10368"/>
            <w:shd w:fill="0B1B33"/>
            <w:tcMar>
              <w:top w:w="100" w:type="dxa"/>
              <w:start w:w="140" w:type="dxa"/>
              <w:bottom w:w="100" w:type="dxa"/>
              <w:end w:w="140" w:type="dxa"/>
            </w:tcMar>
          </w:tcPr>
          <w:p>
            <w:r>
              <w:rPr>
                <w:b/>
                <w:color w:val="FFFFFF"/>
                <w:sz w:val="26"/>
              </w:rPr>
              <w:t>6. APPLICANT AUTHORISATION</w:t>
            </w:r>
          </w:p>
        </w:tc>
      </w:tr>
    </w:tbl>
    <w:p>
      <w:pPr>
        <w:spacing w:after="20"/>
      </w:pPr>
    </w:p>
    <w:tbl>
      <w:tblPr>
        <w:tblW w:type="auto" w:w="0"/>
        <w:jc w:val="center"/>
        <w:tblLook w:firstColumn="1" w:firstRow="1" w:lastColumn="0" w:lastRow="0" w:noHBand="0" w:noVBand="1" w:val="04A0"/>
        <w:tblBorders>
          <w:top w:val="single" w:sz="4" w:color="E7E2D8"/>
          <w:left w:val="single" w:sz="4" w:color="E7E2D8"/>
          <w:bottom w:val="single" w:sz="4" w:color="E7E2D8"/>
          <w:right w:val="single" w:sz="4" w:color="E7E2D8"/>
          <w:insideH w:val="single" w:sz="4" w:color="E7E2D8"/>
          <w:insideV w:val="single" w:sz="4" w:color="E7E2D8"/>
        </w:tblBorders>
      </w:tblPr>
      <w:tblGrid>
        <w:gridCol w:w="10368"/>
      </w:tblGrid>
      <w:tr>
        <w:tc>
          <w:tcPr>
            <w:tcW w:type="dxa" w:w="10368"/>
            <w:shd w:fill="F7F4EE"/>
            <w:tcMar>
              <w:top w:w="110" w:type="dxa"/>
              <w:start w:w="140" w:type="dxa"/>
              <w:bottom w:w="110" w:type="dxa"/>
              <w:end w:w="140" w:type="dxa"/>
            </w:tcMar>
          </w:tcPr>
          <w:p>
            <w:r>
              <w:rPr>
                <w:b/>
                <w:color w:val="0B1B33"/>
                <w:sz w:val="21"/>
              </w:rPr>
              <w:t>Applicant declaration</w:t>
            </w:r>
          </w:p>
          <w:p>
            <w:pPr>
              <w:spacing w:after="40"/>
            </w:pPr>
            <w:r>
              <w:rPr>
                <w:sz w:val="17"/>
              </w:rPr>
              <w:t>• I give my consent to the disclosure of this information for the purpose of finding accommodation and to the disclosure of supplementary information attached for housing purposes.</w:t>
            </w:r>
          </w:p>
          <w:p>
            <w:pPr>
              <w:spacing w:after="40"/>
            </w:pPr>
            <w:r>
              <w:rPr>
                <w:sz w:val="17"/>
              </w:rPr>
              <w:t>• I give permission for the outcome of this referral to be explained to the referral agency.</w:t>
            </w:r>
          </w:p>
          <w:p>
            <w:pPr>
              <w:spacing w:after="40"/>
            </w:pPr>
            <w:r>
              <w:rPr>
                <w:sz w:val="17"/>
              </w:rPr>
              <w:t>• I agree to participate in a support package including support planning and assessment.</w:t>
            </w:r>
          </w:p>
          <w:p>
            <w:pPr>
              <w:spacing w:after="40"/>
            </w:pPr>
            <w:r>
              <w:rPr>
                <w:sz w:val="17"/>
              </w:rPr>
              <w:t>• I would / would not like a copy of this referral (delete as appropriate).</w:t>
            </w:r>
          </w:p>
        </w:tc>
      </w:tr>
    </w:tbl>
    <w:p>
      <w:pPr>
        <w:spacing w:after="20"/>
      </w:pPr>
    </w:p>
    <w:tbl>
      <w:tblPr>
        <w:tblW w:type="auto" w:w="0"/>
        <w:jc w:val="center"/>
        <w:tblLayout w:type="fixed"/>
        <w:tblLook w:firstColumn="1" w:firstRow="1" w:lastColumn="0" w:lastRow="0" w:noHBand="0" w:noVBand="1" w:val="04A0"/>
        <w:tblBorders>
          <w:top w:val="single" w:sz="4" w:color="E7E2D8"/>
          <w:left w:val="single" w:sz="4" w:color="E7E2D8"/>
          <w:bottom w:val="single" w:sz="4" w:color="E7E2D8"/>
          <w:right w:val="single" w:sz="4" w:color="E7E2D8"/>
          <w:insideH w:val="single" w:sz="4" w:color="E7E2D8"/>
          <w:insideV w:val="single" w:sz="4" w:color="E7E2D8"/>
        </w:tblBorders>
      </w:tblPr>
      <w:tblGrid>
        <w:gridCol w:w="5184"/>
        <w:gridCol w:w="5184"/>
      </w:tblGrid>
      <w:tr>
        <w:tc>
          <w:tcPr>
            <w:tcW w:type="dxa" w:w="3240"/>
            <w:shd w:fill="F7F4EE"/>
            <w:tcMar>
              <w:top w:w="90" w:type="dxa"/>
              <w:start w:w="110" w:type="dxa"/>
              <w:bottom w:w="90" w:type="dxa"/>
              <w:end w:w="110" w:type="dxa"/>
            </w:tcMar>
          </w:tcPr>
          <w:p>
            <w:r>
              <w:rPr>
                <w:b/>
                <w:color w:val="0B1B33"/>
                <w:sz w:val="17"/>
              </w:rPr>
              <w:t>Applicant name</w:t>
            </w:r>
          </w:p>
        </w:tc>
        <w:tc>
          <w:tcPr>
            <w:tcW w:type="dxa" w:w="6840"/>
            <w:tcMar>
              <w:top w:w="90" w:type="dxa"/>
              <w:start w:w="110" w:type="dxa"/>
              <w:bottom w:w="90" w:type="dxa"/>
              <w:end w:w="110" w:type="dxa"/>
            </w:tcMar>
          </w:tcPr>
          <w:p>
            <w:r>
              <w:t xml:space="preserve"> </w:t>
            </w:r>
          </w:p>
        </w:tc>
      </w:tr>
      <w:tr>
        <w:tc>
          <w:tcPr>
            <w:tcW w:type="dxa" w:w="3240"/>
            <w:shd w:fill="F7F4EE"/>
            <w:tcMar>
              <w:top w:w="90" w:type="dxa"/>
              <w:start w:w="110" w:type="dxa"/>
              <w:bottom w:w="90" w:type="dxa"/>
              <w:end w:w="110" w:type="dxa"/>
            </w:tcMar>
          </w:tcPr>
          <w:p>
            <w:r>
              <w:rPr>
                <w:b/>
                <w:color w:val="0B1B33"/>
                <w:sz w:val="17"/>
              </w:rPr>
              <w:t>Applicant signature</w:t>
            </w:r>
          </w:p>
        </w:tc>
        <w:tc>
          <w:tcPr>
            <w:tcW w:type="dxa" w:w="6840"/>
            <w:tcMar>
              <w:top w:w="90" w:type="dxa"/>
              <w:start w:w="110" w:type="dxa"/>
              <w:bottom w:w="90" w:type="dxa"/>
              <w:end w:w="110" w:type="dxa"/>
            </w:tcMar>
          </w:tcPr>
          <w:p>
            <w:r>
              <w:t xml:space="preserve"> </w:t>
            </w:r>
          </w:p>
          <w:p>
            <w:r>
              <w:t xml:space="preserve"> </w:t>
            </w:r>
          </w:p>
        </w:tc>
      </w:tr>
      <w:tr>
        <w:tc>
          <w:tcPr>
            <w:tcW w:type="dxa" w:w="3240"/>
            <w:shd w:fill="F7F4EE"/>
            <w:tcMar>
              <w:top w:w="90" w:type="dxa"/>
              <w:start w:w="110" w:type="dxa"/>
              <w:bottom w:w="90" w:type="dxa"/>
              <w:end w:w="110" w:type="dxa"/>
            </w:tcMar>
          </w:tcPr>
          <w:p>
            <w:r>
              <w:rPr>
                <w:b/>
                <w:color w:val="0B1B33"/>
                <w:sz w:val="17"/>
              </w:rPr>
              <w:t>Date</w:t>
            </w:r>
          </w:p>
        </w:tc>
        <w:tc>
          <w:tcPr>
            <w:tcW w:type="dxa" w:w="6840"/>
            <w:tcMar>
              <w:top w:w="90" w:type="dxa"/>
              <w:start w:w="110" w:type="dxa"/>
              <w:bottom w:w="90" w:type="dxa"/>
              <w:end w:w="110" w:type="dxa"/>
            </w:tcMar>
          </w:tcPr>
          <w:p>
            <w:r>
              <w:t xml:space="preserve"> </w:t>
            </w:r>
          </w:p>
        </w:tc>
      </w:tr>
    </w:tbl>
    <w:p>
      <w:pPr>
        <w:spacing w:after="40"/>
      </w:pPr>
    </w:p>
    <w:tbl>
      <w:tblPr>
        <w:tblW w:type="auto" w:w="0"/>
        <w:jc w:val="center"/>
        <w:tblLook w:firstColumn="1" w:firstRow="1" w:lastColumn="0" w:lastRow="0" w:noHBand="0" w:noVBand="1" w:val="04A0"/>
        <w:tblBorders>
          <w:top w:val="single" w:sz="4" w:color="E7E2D8"/>
          <w:left w:val="single" w:sz="4" w:color="E7E2D8"/>
          <w:bottom w:val="single" w:sz="4" w:color="E7E2D8"/>
          <w:right w:val="single" w:sz="4" w:color="E7E2D8"/>
          <w:insideH w:val="single" w:sz="4" w:color="E7E2D8"/>
          <w:insideV w:val="single" w:sz="4" w:color="E7E2D8"/>
        </w:tblBorders>
      </w:tblPr>
      <w:tblGrid>
        <w:gridCol w:w="10368"/>
      </w:tblGrid>
      <w:tr>
        <w:tc>
          <w:tcPr>
            <w:tcW w:type="dxa" w:w="10368"/>
            <w:shd w:fill="0B1B33"/>
            <w:tcMar>
              <w:top w:w="100" w:type="dxa"/>
              <w:start w:w="140" w:type="dxa"/>
              <w:bottom w:w="100" w:type="dxa"/>
              <w:end w:w="140" w:type="dxa"/>
            </w:tcMar>
          </w:tcPr>
          <w:p>
            <w:r>
              <w:rPr>
                <w:b/>
                <w:color w:val="FFFFFF"/>
                <w:sz w:val="26"/>
              </w:rPr>
              <w:t>7. REFERRAL AGENCY AUTHORISATION</w:t>
            </w:r>
          </w:p>
        </w:tc>
      </w:tr>
    </w:tbl>
    <w:p>
      <w:pPr>
        <w:spacing w:after="20"/>
      </w:pPr>
    </w:p>
    <w:tbl>
      <w:tblPr>
        <w:tblW w:type="auto" w:w="0"/>
        <w:jc w:val="center"/>
        <w:tblLayout w:type="fixed"/>
        <w:tblLook w:firstColumn="1" w:firstRow="1" w:lastColumn="0" w:lastRow="0" w:noHBand="0" w:noVBand="1" w:val="04A0"/>
        <w:tblBorders>
          <w:top w:val="single" w:sz="4" w:color="E7E2D8"/>
          <w:left w:val="single" w:sz="4" w:color="E7E2D8"/>
          <w:bottom w:val="single" w:sz="4" w:color="E7E2D8"/>
          <w:right w:val="single" w:sz="4" w:color="E7E2D8"/>
          <w:insideH w:val="single" w:sz="4" w:color="E7E2D8"/>
          <w:insideV w:val="single" w:sz="4" w:color="E7E2D8"/>
        </w:tblBorders>
      </w:tblPr>
      <w:tblGrid>
        <w:gridCol w:w="5184"/>
        <w:gridCol w:w="5184"/>
      </w:tblGrid>
      <w:tr>
        <w:tc>
          <w:tcPr>
            <w:tcW w:type="dxa" w:w="3240"/>
            <w:shd w:fill="F7F4EE"/>
            <w:tcMar>
              <w:top w:w="90" w:type="dxa"/>
              <w:start w:w="110" w:type="dxa"/>
              <w:bottom w:w="90" w:type="dxa"/>
              <w:end w:w="110" w:type="dxa"/>
            </w:tcMar>
          </w:tcPr>
          <w:p>
            <w:r>
              <w:rPr>
                <w:b/>
                <w:color w:val="0B1B33"/>
                <w:sz w:val="17"/>
              </w:rPr>
              <w:t>Name of referrer</w:t>
            </w:r>
          </w:p>
        </w:tc>
        <w:tc>
          <w:tcPr>
            <w:tcW w:type="dxa" w:w="6840"/>
            <w:tcMar>
              <w:top w:w="90" w:type="dxa"/>
              <w:start w:w="110" w:type="dxa"/>
              <w:bottom w:w="90" w:type="dxa"/>
              <w:end w:w="110" w:type="dxa"/>
            </w:tcMar>
          </w:tcPr>
          <w:p>
            <w:r>
              <w:t xml:space="preserve"> </w:t>
            </w:r>
          </w:p>
        </w:tc>
      </w:tr>
      <w:tr>
        <w:tc>
          <w:tcPr>
            <w:tcW w:type="dxa" w:w="3240"/>
            <w:shd w:fill="F7F4EE"/>
            <w:tcMar>
              <w:top w:w="90" w:type="dxa"/>
              <w:start w:w="110" w:type="dxa"/>
              <w:bottom w:w="90" w:type="dxa"/>
              <w:end w:w="110" w:type="dxa"/>
            </w:tcMar>
          </w:tcPr>
          <w:p>
            <w:r>
              <w:rPr>
                <w:b/>
                <w:color w:val="0B1B33"/>
                <w:sz w:val="17"/>
              </w:rPr>
              <w:t>Signature of person making referral</w:t>
            </w:r>
          </w:p>
        </w:tc>
        <w:tc>
          <w:tcPr>
            <w:tcW w:type="dxa" w:w="6840"/>
            <w:tcMar>
              <w:top w:w="90" w:type="dxa"/>
              <w:start w:w="110" w:type="dxa"/>
              <w:bottom w:w="90" w:type="dxa"/>
              <w:end w:w="110" w:type="dxa"/>
            </w:tcMar>
          </w:tcPr>
          <w:p>
            <w:r>
              <w:t xml:space="preserve"> </w:t>
            </w:r>
          </w:p>
          <w:p>
            <w:r>
              <w:t xml:space="preserve"> </w:t>
            </w:r>
          </w:p>
        </w:tc>
      </w:tr>
      <w:tr>
        <w:tc>
          <w:tcPr>
            <w:tcW w:type="dxa" w:w="3240"/>
            <w:shd w:fill="F7F4EE"/>
            <w:tcMar>
              <w:top w:w="90" w:type="dxa"/>
              <w:start w:w="110" w:type="dxa"/>
              <w:bottom w:w="90" w:type="dxa"/>
              <w:end w:w="110" w:type="dxa"/>
            </w:tcMar>
          </w:tcPr>
          <w:p>
            <w:r>
              <w:rPr>
                <w:b/>
                <w:color w:val="0B1B33"/>
                <w:sz w:val="17"/>
              </w:rPr>
              <w:t>Position in company / organisation</w:t>
            </w:r>
          </w:p>
        </w:tc>
        <w:tc>
          <w:tcPr>
            <w:tcW w:type="dxa" w:w="6840"/>
            <w:tcMar>
              <w:top w:w="90" w:type="dxa"/>
              <w:start w:w="110" w:type="dxa"/>
              <w:bottom w:w="90" w:type="dxa"/>
              <w:end w:w="110" w:type="dxa"/>
            </w:tcMar>
          </w:tcPr>
          <w:p>
            <w:r>
              <w:t xml:space="preserve"> </w:t>
            </w:r>
          </w:p>
        </w:tc>
      </w:tr>
      <w:tr>
        <w:tc>
          <w:tcPr>
            <w:tcW w:type="dxa" w:w="3240"/>
            <w:shd w:fill="F7F4EE"/>
            <w:tcMar>
              <w:top w:w="90" w:type="dxa"/>
              <w:start w:w="110" w:type="dxa"/>
              <w:bottom w:w="90" w:type="dxa"/>
              <w:end w:w="110" w:type="dxa"/>
            </w:tcMar>
          </w:tcPr>
          <w:p>
            <w:r>
              <w:rPr>
                <w:b/>
                <w:color w:val="0B1B33"/>
                <w:sz w:val="17"/>
              </w:rPr>
              <w:t>Date</w:t>
            </w:r>
          </w:p>
        </w:tc>
        <w:tc>
          <w:tcPr>
            <w:tcW w:type="dxa" w:w="6840"/>
            <w:tcMar>
              <w:top w:w="90" w:type="dxa"/>
              <w:start w:w="110" w:type="dxa"/>
              <w:bottom w:w="90" w:type="dxa"/>
              <w:end w:w="110" w:type="dxa"/>
            </w:tcMar>
          </w:tcPr>
          <w:p>
            <w:r>
              <w:t xml:space="preserve"> </w:t>
            </w:r>
          </w:p>
        </w:tc>
      </w:tr>
    </w:tbl>
    <w:p>
      <w:pPr>
        <w:spacing w:after="40"/>
      </w:pPr>
    </w:p>
    <w:tbl>
      <w:tblPr>
        <w:tblW w:type="auto" w:w="0"/>
        <w:jc w:val="center"/>
        <w:tblLook w:firstColumn="1" w:firstRow="1" w:lastColumn="0" w:lastRow="0" w:noHBand="0" w:noVBand="1" w:val="04A0"/>
        <w:tblBorders>
          <w:top w:val="single" w:sz="4" w:color="E7E2D8"/>
          <w:left w:val="single" w:sz="4" w:color="E7E2D8"/>
          <w:bottom w:val="single" w:sz="4" w:color="E7E2D8"/>
          <w:right w:val="single" w:sz="4" w:color="E7E2D8"/>
          <w:insideH w:val="single" w:sz="4" w:color="E7E2D8"/>
          <w:insideV w:val="single" w:sz="4" w:color="E7E2D8"/>
        </w:tblBorders>
      </w:tblPr>
      <w:tblGrid>
        <w:gridCol w:w="10368"/>
      </w:tblGrid>
      <w:tr>
        <w:tc>
          <w:tcPr>
            <w:tcW w:type="dxa" w:w="10368"/>
            <w:shd w:fill="0B1B33"/>
            <w:tcMar>
              <w:top w:w="100" w:type="dxa"/>
              <w:start w:w="140" w:type="dxa"/>
              <w:bottom w:w="100" w:type="dxa"/>
              <w:end w:w="140" w:type="dxa"/>
            </w:tcMar>
          </w:tcPr>
          <w:p>
            <w:r>
              <w:rPr>
                <w:b/>
                <w:color w:val="FFFFFF"/>
                <w:sz w:val="26"/>
              </w:rPr>
              <w:t>8. SUPPORTING DOCUMENTATION</w:t>
            </w:r>
          </w:p>
        </w:tc>
      </w:tr>
    </w:tbl>
    <w:p>
      <w:pPr>
        <w:spacing w:after="20"/>
      </w:pPr>
    </w:p>
    <w:tbl>
      <w:tblPr>
        <w:tblW w:type="auto" w:w="0"/>
        <w:jc w:val="center"/>
        <w:tblLook w:firstColumn="1" w:firstRow="1" w:lastColumn="0" w:lastRow="0" w:noHBand="0" w:noVBand="1" w:val="04A0"/>
        <w:tblBorders>
          <w:top w:val="single" w:sz="4" w:color="E7E2D8"/>
          <w:left w:val="single" w:sz="4" w:color="E7E2D8"/>
          <w:bottom w:val="single" w:sz="4" w:color="E7E2D8"/>
          <w:right w:val="single" w:sz="4" w:color="E7E2D8"/>
          <w:insideH w:val="single" w:sz="4" w:color="E7E2D8"/>
          <w:insideV w:val="single" w:sz="4" w:color="E7E2D8"/>
        </w:tblBorders>
      </w:tblPr>
      <w:tblGrid>
        <w:gridCol w:w="10368"/>
      </w:tblGrid>
      <w:tr>
        <w:tc>
          <w:tcPr>
            <w:tcW w:type="dxa" w:w="10368"/>
            <w:tcMar>
              <w:top w:w="70" w:type="dxa"/>
              <w:start w:w="110" w:type="dxa"/>
              <w:bottom w:w="70" w:type="dxa"/>
              <w:end w:w="110" w:type="dxa"/>
            </w:tcMar>
          </w:tcPr>
          <w:p>
            <w:r>
              <w:rPr>
                <w:sz w:val="18"/>
              </w:rPr>
              <w:t>☐  Risk assessment</w:t>
            </w:r>
          </w:p>
        </w:tc>
      </w:tr>
      <w:tr>
        <w:tc>
          <w:tcPr>
            <w:tcW w:type="dxa" w:w="10368"/>
            <w:tcMar>
              <w:top w:w="70" w:type="dxa"/>
              <w:start w:w="110" w:type="dxa"/>
              <w:bottom w:w="70" w:type="dxa"/>
              <w:end w:w="110" w:type="dxa"/>
            </w:tcMar>
          </w:tcPr>
          <w:p>
            <w:r>
              <w:rPr>
                <w:sz w:val="18"/>
              </w:rPr>
              <w:t>☐  Support plan</w:t>
            </w:r>
          </w:p>
        </w:tc>
      </w:tr>
      <w:tr>
        <w:tc>
          <w:tcPr>
            <w:tcW w:type="dxa" w:w="10368"/>
            <w:tcMar>
              <w:top w:w="70" w:type="dxa"/>
              <w:start w:w="110" w:type="dxa"/>
              <w:bottom w:w="70" w:type="dxa"/>
              <w:end w:w="110" w:type="dxa"/>
            </w:tcMar>
          </w:tcPr>
          <w:p>
            <w:r>
              <w:rPr>
                <w:sz w:val="18"/>
              </w:rPr>
              <w:t>☐  Psychiatric / clinical report</w:t>
            </w:r>
          </w:p>
        </w:tc>
      </w:tr>
      <w:tr>
        <w:tc>
          <w:tcPr>
            <w:tcW w:type="dxa" w:w="10368"/>
            <w:tcMar>
              <w:top w:w="70" w:type="dxa"/>
              <w:start w:w="110" w:type="dxa"/>
              <w:bottom w:w="70" w:type="dxa"/>
              <w:end w:w="110" w:type="dxa"/>
            </w:tcMar>
          </w:tcPr>
          <w:p>
            <w:r>
              <w:rPr>
                <w:sz w:val="18"/>
              </w:rPr>
              <w:t>☐  Safeguarding information</w:t>
            </w:r>
          </w:p>
        </w:tc>
      </w:tr>
      <w:tr>
        <w:tc>
          <w:tcPr>
            <w:tcW w:type="dxa" w:w="10368"/>
            <w:tcMar>
              <w:top w:w="70" w:type="dxa"/>
              <w:start w:w="110" w:type="dxa"/>
              <w:bottom w:w="70" w:type="dxa"/>
              <w:end w:w="110" w:type="dxa"/>
            </w:tcMar>
          </w:tcPr>
          <w:p>
            <w:r>
              <w:rPr>
                <w:sz w:val="18"/>
              </w:rPr>
              <w:t>☐  Legal / probation records</w:t>
            </w:r>
          </w:p>
        </w:tc>
      </w:tr>
      <w:tr>
        <w:tc>
          <w:tcPr>
            <w:tcW w:type="dxa" w:w="10368"/>
            <w:tcMar>
              <w:top w:w="70" w:type="dxa"/>
              <w:start w:w="110" w:type="dxa"/>
              <w:bottom w:w="70" w:type="dxa"/>
              <w:end w:w="110" w:type="dxa"/>
            </w:tcMar>
          </w:tcPr>
          <w:p>
            <w:r>
              <w:rPr>
                <w:sz w:val="18"/>
              </w:rPr>
              <w:t>☐  Other relevant professional documentation</w:t>
            </w:r>
          </w:p>
        </w:tc>
      </w:tr>
    </w:tbl>
    <w:p>
      <w:pPr>
        <w:spacing w:after="40"/>
      </w:pPr>
    </w:p>
    <w:tbl>
      <w:tblPr>
        <w:tblW w:type="auto" w:w="0"/>
        <w:jc w:val="center"/>
        <w:tblLayout w:type="fixed"/>
        <w:tblLook w:firstColumn="1" w:firstRow="1" w:lastColumn="0" w:lastRow="0" w:noHBand="0" w:noVBand="1" w:val="04A0"/>
        <w:tblBorders>
          <w:top w:val="single" w:sz="4" w:color="E7E2D8"/>
          <w:left w:val="single" w:sz="4" w:color="E7E2D8"/>
          <w:bottom w:val="single" w:sz="4" w:color="E7E2D8"/>
          <w:right w:val="single" w:sz="4" w:color="E7E2D8"/>
          <w:insideH w:val="single" w:sz="4" w:color="E7E2D8"/>
          <w:insideV w:val="single" w:sz="4" w:color="E7E2D8"/>
        </w:tblBorders>
      </w:tblPr>
      <w:tblGrid>
        <w:gridCol w:w="5184"/>
        <w:gridCol w:w="5184"/>
      </w:tblGrid>
      <w:tr>
        <w:tc>
          <w:tcPr>
            <w:tcW w:type="dxa" w:w="3240"/>
            <w:shd w:fill="F7F4EE"/>
            <w:tcMar>
              <w:top w:w="90" w:type="dxa"/>
              <w:start w:w="110" w:type="dxa"/>
              <w:bottom w:w="90" w:type="dxa"/>
              <w:end w:w="110" w:type="dxa"/>
            </w:tcMar>
          </w:tcPr>
          <w:p>
            <w:r>
              <w:rPr>
                <w:b/>
                <w:color w:val="0B1B33"/>
                <w:sz w:val="17"/>
              </w:rPr>
              <w:t>Documents attached / notes</w:t>
            </w:r>
          </w:p>
        </w:tc>
        <w:tc>
          <w:tcPr>
            <w:tcW w:type="dxa" w:w="6840"/>
            <w:tcMar>
              <w:top w:w="90" w:type="dxa"/>
              <w:start w:w="110" w:type="dxa"/>
              <w:bottom w:w="90" w:type="dxa"/>
              <w:end w:w="110" w:type="dxa"/>
            </w:tcMar>
          </w:tcPr>
          <w:p>
            <w:r>
              <w:t xml:space="preserve"> </w:t>
            </w:r>
          </w:p>
          <w:p>
            <w:r>
              <w:t xml:space="preserve"> </w:t>
            </w:r>
          </w:p>
          <w:p>
            <w:r>
              <w:t xml:space="preserve"> </w:t>
            </w:r>
          </w:p>
          <w:p>
            <w:r>
              <w:t xml:space="preserve"> </w:t>
            </w:r>
          </w:p>
        </w:tc>
      </w:tr>
    </w:tbl>
    <w:p>
      <w:pPr>
        <w:spacing w:after="40"/>
      </w:pPr>
    </w:p>
    <w:p>
      <w:r>
        <w:br w:type="page"/>
      </w:r>
    </w:p>
    <w:tbl>
      <w:tblPr>
        <w:tblW w:type="auto" w:w="0"/>
        <w:jc w:val="center"/>
        <w:tblLook w:firstColumn="1" w:firstRow="1" w:lastColumn="0" w:lastRow="0" w:noHBand="0" w:noVBand="1" w:val="04A0"/>
        <w:tblBorders>
          <w:top w:val="single" w:sz="4" w:color="E7E2D8"/>
          <w:left w:val="single" w:sz="4" w:color="E7E2D8"/>
          <w:bottom w:val="single" w:sz="4" w:color="E7E2D8"/>
          <w:right w:val="single" w:sz="4" w:color="E7E2D8"/>
          <w:insideH w:val="single" w:sz="4" w:color="E7E2D8"/>
          <w:insideV w:val="single" w:sz="4" w:color="E7E2D8"/>
        </w:tblBorders>
      </w:tblPr>
      <w:tblGrid>
        <w:gridCol w:w="10368"/>
      </w:tblGrid>
      <w:tr>
        <w:tc>
          <w:tcPr>
            <w:tcW w:type="dxa" w:w="10368"/>
            <w:shd w:fill="0B1B33"/>
            <w:tcMar>
              <w:top w:w="100" w:type="dxa"/>
              <w:start w:w="140" w:type="dxa"/>
              <w:bottom w:w="100" w:type="dxa"/>
              <w:end w:w="140" w:type="dxa"/>
            </w:tcMar>
          </w:tcPr>
          <w:p>
            <w:r>
              <w:rPr>
                <w:b/>
                <w:color w:val="FFFFFF"/>
                <w:sz w:val="26"/>
              </w:rPr>
              <w:t>SUPPLEMENTARY INFORMATION</w:t>
            </w:r>
          </w:p>
          <w:p>
            <w:r>
              <w:rPr>
                <w:color w:val="D8DEE8"/>
                <w:sz w:val="17"/>
              </w:rPr>
              <w:t>Use this page where additional space is required. Clearly identify the section each note relates to.</w:t>
            </w:r>
          </w:p>
        </w:tc>
      </w:tr>
    </w:tbl>
    <w:p>
      <w:pPr>
        <w:spacing w:after="20"/>
      </w:pPr>
    </w:p>
    <w:tbl>
      <w:tblPr>
        <w:tblW w:type="auto" w:w="0"/>
        <w:jc w:val="center"/>
        <w:tblLayout w:type="fixed"/>
        <w:tblLook w:firstColumn="1" w:firstRow="1" w:lastColumn="0" w:lastRow="0" w:noHBand="0" w:noVBand="1" w:val="04A0"/>
        <w:tblBorders>
          <w:top w:val="single" w:sz="4" w:color="E7E2D8"/>
          <w:left w:val="single" w:sz="4" w:color="E7E2D8"/>
          <w:bottom w:val="single" w:sz="4" w:color="E7E2D8"/>
          <w:right w:val="single" w:sz="4" w:color="E7E2D8"/>
          <w:insideH w:val="single" w:sz="4" w:color="E7E2D8"/>
          <w:insideV w:val="single" w:sz="4" w:color="E7E2D8"/>
        </w:tblBorders>
      </w:tblPr>
      <w:tblGrid>
        <w:gridCol w:w="5184"/>
        <w:gridCol w:w="5184"/>
      </w:tblGrid>
      <w:tr>
        <w:tc>
          <w:tcPr>
            <w:tcW w:type="dxa" w:w="3240"/>
            <w:shd w:fill="F7F4EE"/>
            <w:tcMar>
              <w:top w:w="90" w:type="dxa"/>
              <w:start w:w="110" w:type="dxa"/>
              <w:bottom w:w="90" w:type="dxa"/>
              <w:end w:w="110" w:type="dxa"/>
            </w:tcMar>
          </w:tcPr>
          <w:p>
            <w:r>
              <w:rPr>
                <w:b/>
                <w:color w:val="0B1B33"/>
                <w:sz w:val="17"/>
              </w:rPr>
              <w:t>Section / question reference</w:t>
            </w:r>
          </w:p>
        </w:tc>
        <w:tc>
          <w:tcPr>
            <w:tcW w:type="dxa" w:w="6840"/>
            <w:tcMar>
              <w:top w:w="90" w:type="dxa"/>
              <w:start w:w="110" w:type="dxa"/>
              <w:bottom w:w="90" w:type="dxa"/>
              <w:end w:w="110" w:type="dxa"/>
            </w:tcMar>
          </w:tcPr>
          <w:p>
            <w:r>
              <w:t xml:space="preserve"> </w:t>
            </w:r>
          </w:p>
        </w:tc>
      </w:tr>
      <w:tr>
        <w:tc>
          <w:tcPr>
            <w:tcW w:type="dxa" w:w="3240"/>
            <w:shd w:fill="F7F4EE"/>
            <w:tcMar>
              <w:top w:w="90" w:type="dxa"/>
              <w:start w:w="110" w:type="dxa"/>
              <w:bottom w:w="90" w:type="dxa"/>
              <w:end w:w="110" w:type="dxa"/>
            </w:tcMar>
          </w:tcPr>
          <w:p>
            <w:r>
              <w:rPr>
                <w:b/>
                <w:color w:val="0B1B33"/>
                <w:sz w:val="17"/>
              </w:rPr>
              <w:t>Additional information</w:t>
            </w:r>
          </w:p>
        </w:tc>
        <w:tc>
          <w:tcPr>
            <w:tcW w:type="dxa" w:w="6840"/>
            <w:tcMar>
              <w:top w:w="90" w:type="dxa"/>
              <w:start w:w="110" w:type="dxa"/>
              <w:bottom w:w="90" w:type="dxa"/>
              <w:end w:w="110" w:type="dxa"/>
            </w:tcMar>
          </w:tcPr>
          <w:p>
            <w:r>
              <w:t xml:space="preserve"> </w:t>
            </w:r>
          </w:p>
          <w:p>
            <w:r>
              <w:t xml:space="preserve"> </w:t>
            </w:r>
          </w:p>
          <w:p>
            <w:r>
              <w:t xml:space="preserve"> </w:t>
            </w:r>
          </w:p>
          <w:p>
            <w:r>
              <w:t xml:space="preserve"> </w:t>
            </w:r>
          </w:p>
          <w:p>
            <w:r>
              <w:t xml:space="preserve"> </w:t>
            </w:r>
          </w:p>
          <w:p>
            <w:r>
              <w:t xml:space="preserve"> </w:t>
            </w:r>
          </w:p>
          <w:p>
            <w:r>
              <w:t xml:space="preserve"> </w:t>
            </w:r>
          </w:p>
          <w:p>
            <w:r>
              <w:t xml:space="preserve"> </w:t>
            </w:r>
          </w:p>
          <w:p>
            <w:r>
              <w:t xml:space="preserve"> </w:t>
            </w:r>
          </w:p>
          <w:p>
            <w:r>
              <w:t xml:space="preserve"> </w:t>
            </w:r>
          </w:p>
          <w:p>
            <w:r>
              <w:t xml:space="preserve"> </w:t>
            </w:r>
          </w:p>
          <w:p>
            <w:r>
              <w:t xml:space="preserve"> </w:t>
            </w:r>
          </w:p>
          <w:p>
            <w:r>
              <w:t xml:space="preserve"> </w:t>
            </w:r>
          </w:p>
        </w:tc>
      </w:tr>
    </w:tbl>
    <w:p>
      <w:pPr>
        <w:spacing w:after="40"/>
      </w:pPr>
    </w:p>
    <w:tbl>
      <w:tblPr>
        <w:tblW w:type="auto" w:w="0"/>
        <w:jc w:val="center"/>
        <w:tblLook w:firstColumn="1" w:firstRow="1" w:lastColumn="0" w:lastRow="0" w:noHBand="0" w:noVBand="1" w:val="04A0"/>
        <w:tblBorders>
          <w:top w:val="single" w:sz="4" w:color="E7E2D8"/>
          <w:left w:val="single" w:sz="4" w:color="E7E2D8"/>
          <w:bottom w:val="single" w:sz="4" w:color="E7E2D8"/>
          <w:right w:val="single" w:sz="4" w:color="E7E2D8"/>
          <w:insideH w:val="single" w:sz="4" w:color="E7E2D8"/>
          <w:insideV w:val="single" w:sz="4" w:color="E7E2D8"/>
        </w:tblBorders>
      </w:tblPr>
      <w:tblGrid>
        <w:gridCol w:w="10368"/>
      </w:tblGrid>
      <w:tr>
        <w:tc>
          <w:tcPr>
            <w:tcW w:type="dxa" w:w="10368"/>
            <w:shd w:fill="FBF8F1"/>
            <w:tcMar>
              <w:top w:w="110" w:type="dxa"/>
              <w:start w:w="140" w:type="dxa"/>
              <w:bottom w:w="110" w:type="dxa"/>
              <w:end w:w="140" w:type="dxa"/>
            </w:tcMar>
          </w:tcPr>
          <w:p>
            <w:r>
              <w:rPr>
                <w:b/>
                <w:color w:val="C9A35B"/>
                <w:sz w:val="21"/>
              </w:rPr>
              <w:t>Submission reminder</w:t>
            </w:r>
          </w:p>
          <w:p>
            <w:pPr>
              <w:spacing w:after="40"/>
            </w:pPr>
            <w:r>
              <w:rPr>
                <w:sz w:val="17"/>
              </w:rPr>
              <w:t>• Check that all relevant sections have been completed.</w:t>
            </w:r>
          </w:p>
          <w:p>
            <w:pPr>
              <w:spacing w:after="40"/>
            </w:pPr>
            <w:r>
              <w:rPr>
                <w:sz w:val="17"/>
              </w:rPr>
              <w:t>• Clearly mark any non-applicable sections as Not Applicable and explain why.</w:t>
            </w:r>
          </w:p>
          <w:p>
            <w:pPr>
              <w:spacing w:after="40"/>
            </w:pPr>
            <w:r>
              <w:rPr>
                <w:sz w:val="17"/>
              </w:rPr>
              <w:t>• Ensure supporting documents are labelled and from a verifiable professional source.</w:t>
            </w:r>
          </w:p>
          <w:p>
            <w:pPr>
              <w:spacing w:after="40"/>
            </w:pPr>
            <w:r>
              <w:rPr>
                <w:sz w:val="17"/>
              </w:rPr>
              <w:t>• Submit using the official referral route provided by Marlon Legacy Homes CIC.</w:t>
            </w:r>
          </w:p>
        </w:tc>
      </w:tr>
    </w:tbl>
    <w:p>
      <w:pPr>
        <w:spacing w:after="20"/>
      </w:pPr>
    </w:p>
    <w:sectPr w:rsidR="00FC693F" w:rsidRPr="0006063C" w:rsidSect="00034616">
      <w:headerReference w:type="default" r:id="rId9"/>
      <w:footerReference w:type="default" r:id="rId10"/>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6"/>
      </w:rPr>
      <w:t>Marlon Legacy Homes CIC  •  Supported Accommodation Referral Form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7056"/>
      <w:gridCol w:w="3024"/>
    </w:tblGrid>
    <w:tr>
      <w:tc>
        <w:tcPr>
          <w:tcW w:type="dxa" w:w="5040"/>
          <w:shd w:fill="0B1B33"/>
          <w:tcMar>
            <w:top w:w="70" w:type="dxa"/>
            <w:start w:w="100" w:type="dxa"/>
            <w:bottom w:w="70" w:type="dxa"/>
            <w:end w:w="100" w:type="dxa"/>
          </w:tcMar>
        </w:tcPr>
        <w:p>
          <w:pPr>
            <w:jc w:val="left"/>
          </w:pPr>
          <w:r>
            <w:rPr>
              <w:rFonts w:ascii="Aptos" w:hAnsi="Aptos"/>
              <w:b/>
              <w:color w:val="FFFFFF"/>
              <w:sz w:val="16"/>
            </w:rPr>
            <w:t>MLH  |  MARLON LEGACY HOMES CIC</w:t>
          </w:r>
        </w:p>
      </w:tc>
      <w:tc>
        <w:tcPr>
          <w:tcW w:type="dxa" w:w="5040"/>
          <w:shd w:fill="0B1B33"/>
          <w:tcMar>
            <w:top w:w="70" w:type="dxa"/>
            <w:start w:w="100" w:type="dxa"/>
            <w:bottom w:w="70" w:type="dxa"/>
            <w:end w:w="100" w:type="dxa"/>
          </w:tcMar>
        </w:tcPr>
        <w:p>
          <w:pPr>
            <w:jc w:val="right"/>
          </w:pPr>
          <w:r>
            <w:rPr>
              <w:rFonts w:ascii="Aptos" w:hAnsi="Aptos"/>
              <w:b/>
              <w:color w:val="FFFFFF"/>
              <w:sz w:val="16"/>
            </w:rPr>
            <w:t>SUPPORTED ACCOMMODATION</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111827"/>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B1B33"/>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0B1B33"/>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B1B33"/>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Marlon Legacy Homes CIC - Supported Accommodation Referral Form</dc:title>
  <dc:subject>Supported Accommodation Referral Form</dc:subject>
  <dc:creator>Marlon Legacy Homes CIC</dc:creator>
  <cp:keywords/>
  <dc:description>generated by python-docx</dc:description>
  <cp:lastModifiedBy/>
  <cp:revision>1</cp:revision>
  <dcterms:created xsi:type="dcterms:W3CDTF">2013-12-23T23:15:00Z</dcterms:created>
  <dcterms:modified xsi:type="dcterms:W3CDTF">2013-12-23T23:15:00Z</dcterms:modified>
  <cp:category/>
</cp:coreProperties>
</file>